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B3AB10" w14:textId="77777777" w:rsidR="004A60BF" w:rsidRDefault="004A60BF">
      <w:pPr>
        <w:spacing w:after="80" w:line="252" w:lineRule="auto"/>
        <w:jc w:val="center"/>
        <w:rPr>
          <w:b/>
          <w:color w:val="9C5700"/>
          <w:sz w:val="26"/>
          <w:lang w:val="it-IT"/>
        </w:rPr>
      </w:pPr>
    </w:p>
    <w:p w14:paraId="48AD3A8B" w14:textId="77777777" w:rsidR="004A60BF" w:rsidRDefault="004A60BF">
      <w:pPr>
        <w:spacing w:after="80" w:line="252" w:lineRule="auto"/>
        <w:jc w:val="center"/>
        <w:rPr>
          <w:b/>
          <w:color w:val="9C5700"/>
          <w:sz w:val="26"/>
          <w:lang w:val="it-IT"/>
        </w:rPr>
      </w:pPr>
    </w:p>
    <w:p w14:paraId="65A23F8E" w14:textId="38B6677F" w:rsidR="000679FB" w:rsidRPr="004A60BF" w:rsidRDefault="002F6612">
      <w:pPr>
        <w:spacing w:after="80" w:line="252" w:lineRule="auto"/>
        <w:jc w:val="center"/>
        <w:rPr>
          <w:lang w:val="it-IT"/>
        </w:rPr>
      </w:pPr>
      <w:r w:rsidRPr="004A60BF">
        <w:rPr>
          <w:b/>
          <w:color w:val="9C5700"/>
          <w:sz w:val="26"/>
          <w:lang w:val="it-IT"/>
        </w:rPr>
        <w:t>[INTESTAZIONE DELL’ISTITUZIONE SCOLASTICA]</w:t>
      </w:r>
    </w:p>
    <w:p w14:paraId="1C6D1FC7" w14:textId="77777777" w:rsidR="000679FB" w:rsidRPr="004A60BF" w:rsidRDefault="002F6612">
      <w:pPr>
        <w:spacing w:after="80" w:line="252" w:lineRule="auto"/>
        <w:jc w:val="center"/>
        <w:rPr>
          <w:lang w:val="it-IT"/>
        </w:rPr>
      </w:pPr>
      <w:r w:rsidRPr="004A60BF">
        <w:rPr>
          <w:b/>
          <w:color w:val="1F4E79"/>
          <w:sz w:val="32"/>
          <w:lang w:val="it-IT"/>
        </w:rPr>
        <w:t>INFORMATIVA SINDACALE A LIVELLO DI ISTITUZIONE SCOLASTICA</w:t>
      </w:r>
    </w:p>
    <w:p w14:paraId="2168CC11" w14:textId="77777777" w:rsidR="000679FB" w:rsidRDefault="002F6612">
      <w:pPr>
        <w:spacing w:after="80" w:line="252" w:lineRule="auto"/>
        <w:jc w:val="center"/>
        <w:rPr>
          <w:b/>
          <w:color w:val="9C5700"/>
          <w:sz w:val="23"/>
        </w:rPr>
      </w:pPr>
      <w:r>
        <w:rPr>
          <w:b/>
          <w:color w:val="9C5700"/>
          <w:sz w:val="23"/>
        </w:rPr>
        <w:t xml:space="preserve">Anno </w:t>
      </w:r>
      <w:proofErr w:type="spellStart"/>
      <w:r>
        <w:rPr>
          <w:b/>
          <w:color w:val="9C5700"/>
          <w:sz w:val="23"/>
        </w:rPr>
        <w:t>scolastico</w:t>
      </w:r>
      <w:proofErr w:type="spellEnd"/>
      <w:r>
        <w:rPr>
          <w:b/>
          <w:color w:val="9C5700"/>
          <w:sz w:val="23"/>
        </w:rPr>
        <w:t xml:space="preserve"> [____/____]</w:t>
      </w:r>
    </w:p>
    <w:p w14:paraId="3096CE10" w14:textId="77777777" w:rsidR="004A60BF" w:rsidRDefault="004A60BF">
      <w:pPr>
        <w:spacing w:after="80" w:line="252" w:lineRule="auto"/>
        <w:jc w:val="center"/>
      </w:pPr>
    </w:p>
    <w:tbl>
      <w:tblPr>
        <w:tblW w:w="9972" w:type="dxa"/>
        <w:jc w:val="center"/>
        <w:tblBorders>
          <w:top w:val="single" w:sz="4" w:space="0" w:color="D9E2F3"/>
          <w:left w:val="single" w:sz="4" w:space="0" w:color="D9E2F3"/>
          <w:bottom w:val="single" w:sz="4" w:space="0" w:color="D9E2F3"/>
          <w:right w:val="single" w:sz="4" w:space="0" w:color="D9E2F3"/>
          <w:insideH w:val="single" w:sz="4" w:space="0" w:color="D9E2F3"/>
          <w:insideV w:val="single" w:sz="4" w:space="0" w:color="D9E2F3"/>
        </w:tblBorders>
        <w:tblLayout w:type="fixed"/>
        <w:tblLook w:val="04A0" w:firstRow="1" w:lastRow="0" w:firstColumn="1" w:lastColumn="0" w:noHBand="0" w:noVBand="1"/>
      </w:tblPr>
      <w:tblGrid>
        <w:gridCol w:w="2547"/>
        <w:gridCol w:w="7425"/>
      </w:tblGrid>
      <w:tr w:rsidR="000679FB" w:rsidRPr="004A60BF" w14:paraId="218FD85F" w14:textId="77777777" w:rsidTr="004A60BF">
        <w:trPr>
          <w:jc w:val="center"/>
        </w:trPr>
        <w:tc>
          <w:tcPr>
            <w:tcW w:w="2547" w:type="dxa"/>
            <w:tcMar>
              <w:top w:w="60" w:type="dxa"/>
              <w:left w:w="70" w:type="dxa"/>
              <w:bottom w:w="60" w:type="dxa"/>
              <w:right w:w="70" w:type="dxa"/>
            </w:tcMar>
          </w:tcPr>
          <w:p w14:paraId="4C69798C" w14:textId="77777777" w:rsidR="000679FB" w:rsidRDefault="002F6612">
            <w:pPr>
              <w:spacing w:after="0" w:line="240" w:lineRule="auto"/>
            </w:pPr>
            <w:r>
              <w:rPr>
                <w:b/>
                <w:sz w:val="18"/>
              </w:rPr>
              <w:t xml:space="preserve">Prot. n. </w:t>
            </w:r>
            <w:r>
              <w:rPr>
                <w:b/>
                <w:color w:val="9C5700"/>
                <w:sz w:val="18"/>
              </w:rPr>
              <w:t>[__________]</w:t>
            </w:r>
            <w:r>
              <w:rPr>
                <w:sz w:val="18"/>
              </w:rPr>
              <w:br/>
              <w:t xml:space="preserve">Data: </w:t>
            </w:r>
            <w:r>
              <w:rPr>
                <w:b/>
                <w:color w:val="9C5700"/>
                <w:sz w:val="18"/>
              </w:rPr>
              <w:t>[__/__/____]</w:t>
            </w:r>
          </w:p>
        </w:tc>
        <w:tc>
          <w:tcPr>
            <w:tcW w:w="7425" w:type="dxa"/>
            <w:tcMar>
              <w:top w:w="60" w:type="dxa"/>
              <w:left w:w="70" w:type="dxa"/>
              <w:bottom w:w="60" w:type="dxa"/>
              <w:right w:w="70" w:type="dxa"/>
            </w:tcMar>
          </w:tcPr>
          <w:p w14:paraId="0568D3BE" w14:textId="12C364D7" w:rsidR="000679FB" w:rsidRPr="004A60BF" w:rsidRDefault="002F6612">
            <w:pPr>
              <w:spacing w:after="0" w:line="240" w:lineRule="auto"/>
              <w:rPr>
                <w:lang w:val="it-IT"/>
              </w:rPr>
            </w:pPr>
            <w:r w:rsidRPr="004A60BF">
              <w:rPr>
                <w:b/>
                <w:sz w:val="18"/>
                <w:lang w:val="it-IT"/>
              </w:rPr>
              <w:t xml:space="preserve">Destinatari: </w:t>
            </w:r>
            <w:r w:rsidRPr="004A60BF">
              <w:rPr>
                <w:sz w:val="18"/>
                <w:lang w:val="it-IT"/>
              </w:rPr>
              <w:t>Rappresentanza Sindacale Unitaria (RSU) d’Istituto</w:t>
            </w:r>
            <w:r w:rsidRPr="004A60BF">
              <w:rPr>
                <w:sz w:val="18"/>
                <w:lang w:val="it-IT"/>
              </w:rPr>
              <w:br/>
              <w:t>Organizzazioni sindacali di categoria firmatarie del CCNL Comparto Istruzione e Ricerca</w:t>
            </w:r>
            <w:r w:rsidRPr="004A60BF">
              <w:rPr>
                <w:sz w:val="18"/>
                <w:lang w:val="it-IT"/>
              </w:rPr>
              <w:br/>
            </w:r>
            <w:r w:rsidRPr="004A60BF">
              <w:rPr>
                <w:b/>
                <w:sz w:val="18"/>
                <w:lang w:val="it-IT"/>
              </w:rPr>
              <w:t xml:space="preserve">Per conoscenza: </w:t>
            </w:r>
            <w:r w:rsidRPr="004A60BF">
              <w:rPr>
                <w:sz w:val="18"/>
                <w:lang w:val="it-IT"/>
              </w:rPr>
              <w:t>Direttore dei Servizi Generali e Amministrativi – Atti – Albo/Sito istituzionale</w:t>
            </w:r>
          </w:p>
        </w:tc>
      </w:tr>
    </w:tbl>
    <w:p w14:paraId="7F20DFC8" w14:textId="77777777" w:rsidR="004A60BF" w:rsidRDefault="004A60BF">
      <w:pPr>
        <w:spacing w:after="80" w:line="252" w:lineRule="auto"/>
        <w:rPr>
          <w:b/>
          <w:sz w:val="28"/>
          <w:szCs w:val="32"/>
          <w:lang w:val="it-IT"/>
        </w:rPr>
      </w:pPr>
    </w:p>
    <w:p w14:paraId="0E9C901C" w14:textId="77777777" w:rsidR="004A60BF" w:rsidRPr="004A60BF" w:rsidRDefault="004A60BF">
      <w:pPr>
        <w:spacing w:after="80" w:line="252" w:lineRule="auto"/>
        <w:rPr>
          <w:b/>
          <w:sz w:val="16"/>
          <w:szCs w:val="18"/>
          <w:lang w:val="it-IT"/>
        </w:rPr>
      </w:pPr>
    </w:p>
    <w:p w14:paraId="266C7EC4" w14:textId="4E17B8FF" w:rsidR="000679FB" w:rsidRPr="004A60BF" w:rsidRDefault="002F6612">
      <w:pPr>
        <w:spacing w:after="80" w:line="252" w:lineRule="auto"/>
        <w:rPr>
          <w:sz w:val="24"/>
          <w:szCs w:val="24"/>
          <w:lang w:val="it-IT"/>
        </w:rPr>
      </w:pPr>
      <w:r w:rsidRPr="004A60BF">
        <w:rPr>
          <w:b/>
          <w:sz w:val="24"/>
          <w:szCs w:val="24"/>
          <w:lang w:val="it-IT"/>
        </w:rPr>
        <w:t xml:space="preserve">OGGETTO: </w:t>
      </w:r>
      <w:r w:rsidRPr="004A60BF">
        <w:rPr>
          <w:sz w:val="24"/>
          <w:szCs w:val="24"/>
          <w:lang w:val="it-IT"/>
        </w:rPr>
        <w:t xml:space="preserve">Trasmissione dell’informativa sindacale di istituto relativa </w:t>
      </w:r>
      <w:proofErr w:type="spellStart"/>
      <w:r w:rsidRPr="004A60BF">
        <w:rPr>
          <w:sz w:val="24"/>
          <w:szCs w:val="24"/>
          <w:lang w:val="it-IT"/>
        </w:rPr>
        <w:t>all’a.s.</w:t>
      </w:r>
      <w:proofErr w:type="spellEnd"/>
      <w:r w:rsidRPr="004A60BF">
        <w:rPr>
          <w:sz w:val="24"/>
          <w:szCs w:val="24"/>
          <w:lang w:val="it-IT"/>
        </w:rPr>
        <w:t xml:space="preserve"> </w:t>
      </w:r>
      <w:r w:rsidRPr="004A60BF">
        <w:rPr>
          <w:b/>
          <w:color w:val="9C5700"/>
          <w:sz w:val="24"/>
          <w:szCs w:val="24"/>
          <w:lang w:val="it-IT"/>
        </w:rPr>
        <w:t>[____/____]</w:t>
      </w:r>
      <w:r w:rsidRPr="004A60BF">
        <w:rPr>
          <w:sz w:val="24"/>
          <w:szCs w:val="24"/>
          <w:lang w:val="it-IT"/>
        </w:rPr>
        <w:t>.</w:t>
      </w:r>
    </w:p>
    <w:p w14:paraId="600F82BF" w14:textId="77777777" w:rsidR="004A60BF" w:rsidRDefault="004A60BF">
      <w:pPr>
        <w:pStyle w:val="Titolo1"/>
        <w:spacing w:before="160" w:after="80"/>
        <w:rPr>
          <w:sz w:val="2"/>
          <w:szCs w:val="2"/>
          <w:lang w:val="it-IT"/>
        </w:rPr>
      </w:pPr>
    </w:p>
    <w:p w14:paraId="7410759E" w14:textId="77777777" w:rsidR="004A60BF" w:rsidRPr="004A60BF" w:rsidRDefault="004A60BF" w:rsidP="004A60BF">
      <w:pPr>
        <w:rPr>
          <w:sz w:val="12"/>
          <w:szCs w:val="12"/>
          <w:lang w:val="it-IT"/>
        </w:rPr>
      </w:pPr>
    </w:p>
    <w:p w14:paraId="2B47FF45" w14:textId="0FBCFBAB" w:rsidR="000679FB" w:rsidRPr="004A60BF" w:rsidRDefault="002F6612">
      <w:pPr>
        <w:pStyle w:val="Titolo1"/>
        <w:spacing w:before="160" w:after="80"/>
        <w:rPr>
          <w:lang w:val="it-IT"/>
        </w:rPr>
      </w:pPr>
      <w:r w:rsidRPr="004A60BF">
        <w:rPr>
          <w:lang w:val="it-IT"/>
        </w:rPr>
        <w:t>1. Finalità e quadro di riferimento</w:t>
      </w:r>
    </w:p>
    <w:p w14:paraId="0418BA49" w14:textId="77777777" w:rsidR="000679FB" w:rsidRDefault="002F6612">
      <w:pPr>
        <w:spacing w:after="80" w:line="252" w:lineRule="auto"/>
      </w:pPr>
      <w:r w:rsidRPr="004A60BF">
        <w:rPr>
          <w:lang w:val="it-IT"/>
        </w:rPr>
        <w:t xml:space="preserve">La presente comunicazione è predisposta al fine di assicurare alla RSU e alle Organizzazioni Sindacali aventi titolo un’informazione completa e tempestiva sulle materie di competenza dell’istituzione scolastica, nel rispetto delle disposizioni contrattuali e normative vigenti. </w:t>
      </w:r>
      <w:r>
        <w:t xml:space="preserve">In </w:t>
      </w:r>
      <w:proofErr w:type="spellStart"/>
      <w:r>
        <w:t>particolare</w:t>
      </w:r>
      <w:proofErr w:type="spellEnd"/>
      <w:r>
        <w:t xml:space="preserve">, </w:t>
      </w:r>
      <w:proofErr w:type="spellStart"/>
      <w:r>
        <w:t>si</w:t>
      </w:r>
      <w:proofErr w:type="spellEnd"/>
      <w:r>
        <w:t xml:space="preserve"> </w:t>
      </w:r>
      <w:proofErr w:type="spellStart"/>
      <w:r>
        <w:t>richiamano</w:t>
      </w:r>
      <w:proofErr w:type="spellEnd"/>
      <w:r>
        <w:t>:</w:t>
      </w:r>
    </w:p>
    <w:p w14:paraId="43AF292F" w14:textId="77777777" w:rsidR="000679FB" w:rsidRPr="004A60BF" w:rsidRDefault="002F6612" w:rsidP="004A60BF">
      <w:pPr>
        <w:pStyle w:val="Puntoelenco"/>
        <w:tabs>
          <w:tab w:val="clear" w:pos="360"/>
        </w:tabs>
        <w:spacing w:after="40"/>
        <w:ind w:left="284" w:hanging="284"/>
        <w:rPr>
          <w:lang w:val="it-IT"/>
        </w:rPr>
      </w:pPr>
      <w:r w:rsidRPr="004A60BF">
        <w:rPr>
          <w:lang w:val="it-IT"/>
        </w:rPr>
        <w:t>il CCNL del Comparto Istruzione e Ricerca sottoscritto il 18 gennaio 2024, Titolo II – Relazioni sindacali, con particolare riguardo alle disposizioni sull’informazione a livello di istituzione scolastica;</w:t>
      </w:r>
    </w:p>
    <w:p w14:paraId="31CBBF6D" w14:textId="77777777" w:rsidR="000679FB" w:rsidRPr="004A60BF" w:rsidRDefault="002F6612" w:rsidP="004A60BF">
      <w:pPr>
        <w:pStyle w:val="Puntoelenco"/>
        <w:tabs>
          <w:tab w:val="clear" w:pos="360"/>
        </w:tabs>
        <w:spacing w:after="40"/>
        <w:ind w:left="284" w:hanging="284"/>
        <w:rPr>
          <w:lang w:val="it-IT"/>
        </w:rPr>
      </w:pPr>
      <w:r w:rsidRPr="004A60BF">
        <w:rPr>
          <w:lang w:val="it-IT"/>
        </w:rPr>
        <w:t>l’art. 78 del CCNL 18/01/2024, relativo al Fondo per il miglioramento dell’offerta formativa (MOF);</w:t>
      </w:r>
    </w:p>
    <w:p w14:paraId="707B79C8" w14:textId="77777777" w:rsidR="000679FB" w:rsidRPr="004A60BF" w:rsidRDefault="002F6612" w:rsidP="004A60BF">
      <w:pPr>
        <w:pStyle w:val="Puntoelenco"/>
        <w:tabs>
          <w:tab w:val="clear" w:pos="360"/>
        </w:tabs>
        <w:spacing w:after="40"/>
        <w:ind w:left="284" w:hanging="284"/>
        <w:rPr>
          <w:lang w:val="it-IT"/>
        </w:rPr>
      </w:pPr>
      <w:r w:rsidRPr="004A60BF">
        <w:rPr>
          <w:lang w:val="it-IT"/>
        </w:rPr>
        <w:t>l’art. 11 del CCNL 2022-2024, con riferimento alla tutela della riservatezza dei dati concernenti i compensi accessori individuali;</w:t>
      </w:r>
    </w:p>
    <w:p w14:paraId="4BFBEEE8" w14:textId="77777777" w:rsidR="000679FB" w:rsidRDefault="002F6612" w:rsidP="004A60BF">
      <w:pPr>
        <w:pStyle w:val="Puntoelenco"/>
        <w:tabs>
          <w:tab w:val="clear" w:pos="360"/>
        </w:tabs>
        <w:spacing w:after="40"/>
        <w:ind w:left="284" w:hanging="284"/>
      </w:pPr>
      <w:r w:rsidRPr="004A60BF">
        <w:rPr>
          <w:lang w:val="it-IT"/>
        </w:rPr>
        <w:t xml:space="preserve">il </w:t>
      </w:r>
      <w:proofErr w:type="spellStart"/>
      <w:r w:rsidRPr="004A60BF">
        <w:rPr>
          <w:lang w:val="it-IT"/>
        </w:rPr>
        <w:t>D.Lgs.</w:t>
      </w:r>
      <w:proofErr w:type="spellEnd"/>
      <w:r w:rsidRPr="004A60BF">
        <w:rPr>
          <w:lang w:val="it-IT"/>
        </w:rPr>
        <w:t xml:space="preserve"> 30 marzo 2001, n. 165, in particolare l’art. 5, comma 2, e gli artt. </w:t>
      </w:r>
      <w:r>
        <w:t xml:space="preserve">40 e </w:t>
      </w:r>
      <w:proofErr w:type="spellStart"/>
      <w:r>
        <w:t>seguenti</w:t>
      </w:r>
      <w:proofErr w:type="spellEnd"/>
      <w:r>
        <w:t>;</w:t>
      </w:r>
    </w:p>
    <w:p w14:paraId="1B0920DC" w14:textId="77777777" w:rsidR="000679FB" w:rsidRPr="004A60BF" w:rsidRDefault="002F6612" w:rsidP="004A60BF">
      <w:pPr>
        <w:pStyle w:val="Puntoelenco"/>
        <w:tabs>
          <w:tab w:val="clear" w:pos="360"/>
        </w:tabs>
        <w:spacing w:after="40"/>
        <w:ind w:left="284" w:hanging="284"/>
        <w:rPr>
          <w:lang w:val="it-IT"/>
        </w:rPr>
      </w:pPr>
      <w:r w:rsidRPr="004A60BF">
        <w:rPr>
          <w:lang w:val="it-IT"/>
        </w:rPr>
        <w:t xml:space="preserve">il </w:t>
      </w:r>
      <w:proofErr w:type="spellStart"/>
      <w:r w:rsidRPr="004A60BF">
        <w:rPr>
          <w:lang w:val="it-IT"/>
        </w:rPr>
        <w:t>D.Lgs.</w:t>
      </w:r>
      <w:proofErr w:type="spellEnd"/>
      <w:r w:rsidRPr="004A60BF">
        <w:rPr>
          <w:lang w:val="it-IT"/>
        </w:rPr>
        <w:t xml:space="preserve"> 30 giugno 2003, n. 196 e il Regolamento (UE) 2016/679 (GDPR), in materia di protezione dei dati personali.</w:t>
      </w:r>
    </w:p>
    <w:p w14:paraId="483E64F3" w14:textId="77777777" w:rsidR="000679FB" w:rsidRPr="004A60BF" w:rsidRDefault="002F6612">
      <w:pPr>
        <w:pStyle w:val="Notaoperativa"/>
        <w:rPr>
          <w:rFonts w:hint="eastAsia"/>
          <w:lang w:val="it-IT"/>
        </w:rPr>
      </w:pPr>
      <w:r w:rsidRPr="004A60BF">
        <w:rPr>
          <w:lang w:val="it-IT"/>
        </w:rPr>
        <w:t>L’informativa è articolata in una parte preventiva e in una parte successiva, così da rendere immediatamente distinguibili i dati programmatori da quelli di rendicontazione.</w:t>
      </w:r>
    </w:p>
    <w:p w14:paraId="4F6B2B7F" w14:textId="77777777" w:rsidR="004A60BF" w:rsidRPr="004A60BF" w:rsidRDefault="004A60BF">
      <w:pPr>
        <w:pStyle w:val="Titolo1"/>
        <w:spacing w:before="160" w:after="80"/>
        <w:rPr>
          <w:sz w:val="8"/>
          <w:szCs w:val="8"/>
          <w:lang w:val="it-IT"/>
        </w:rPr>
      </w:pPr>
    </w:p>
    <w:p w14:paraId="1CB38DA1" w14:textId="2B35F0FF" w:rsidR="000679FB" w:rsidRPr="004A60BF" w:rsidRDefault="002F6612">
      <w:pPr>
        <w:pStyle w:val="Titolo1"/>
        <w:spacing w:before="160" w:after="80"/>
        <w:rPr>
          <w:lang w:val="it-IT"/>
        </w:rPr>
      </w:pPr>
      <w:r w:rsidRPr="004A60BF">
        <w:rPr>
          <w:lang w:val="it-IT"/>
        </w:rPr>
        <w:t>2. Informazione preventiva</w:t>
      </w:r>
    </w:p>
    <w:p w14:paraId="2F4D1AAD" w14:textId="77777777" w:rsidR="000679FB" w:rsidRPr="004A60BF" w:rsidRDefault="002F6612">
      <w:pPr>
        <w:pStyle w:val="Titolo2"/>
        <w:spacing w:before="160" w:after="80"/>
        <w:rPr>
          <w:lang w:val="it-IT"/>
        </w:rPr>
      </w:pPr>
      <w:r w:rsidRPr="004A60BF">
        <w:rPr>
          <w:lang w:val="it-IT"/>
        </w:rPr>
        <w:t>2.1 Assetto delle classi e consistenza degli organici</w:t>
      </w:r>
    </w:p>
    <w:p w14:paraId="3C0539BC" w14:textId="77777777" w:rsidR="000679FB" w:rsidRPr="004A60BF" w:rsidRDefault="002F6612">
      <w:pPr>
        <w:spacing w:after="80" w:line="252" w:lineRule="auto"/>
        <w:rPr>
          <w:lang w:val="it-IT"/>
        </w:rPr>
      </w:pPr>
      <w:r w:rsidRPr="004A60BF">
        <w:rPr>
          <w:lang w:val="it-IT"/>
        </w:rPr>
        <w:t xml:space="preserve">Per </w:t>
      </w:r>
      <w:proofErr w:type="spellStart"/>
      <w:r w:rsidRPr="004A60BF">
        <w:rPr>
          <w:lang w:val="it-IT"/>
        </w:rPr>
        <w:t>l’a.s.</w:t>
      </w:r>
      <w:proofErr w:type="spellEnd"/>
      <w:r w:rsidRPr="004A60BF">
        <w:rPr>
          <w:lang w:val="it-IT"/>
        </w:rPr>
        <w:t xml:space="preserve"> </w:t>
      </w:r>
      <w:r w:rsidRPr="004A60BF">
        <w:rPr>
          <w:b/>
          <w:color w:val="9C5700"/>
          <w:lang w:val="it-IT"/>
        </w:rPr>
        <w:t>[____/____]</w:t>
      </w:r>
      <w:r w:rsidRPr="004A60BF">
        <w:rPr>
          <w:lang w:val="it-IT"/>
        </w:rPr>
        <w:t>, si riportano di seguito gli elementi essenziali relativi alla proposta di formazione delle classi/sezioni e alla determinazione dell’organico del personale docente, educativo e ATA.</w:t>
      </w:r>
    </w:p>
    <w:tbl>
      <w:tblPr>
        <w:tblW w:w="0" w:type="auto"/>
        <w:jc w:val="center"/>
        <w:tblBorders>
          <w:top w:val="single" w:sz="6" w:space="0" w:color="A6A6A6"/>
          <w:left w:val="single" w:sz="6" w:space="0" w:color="A6A6A6"/>
          <w:bottom w:val="single" w:sz="6" w:space="0" w:color="A6A6A6"/>
          <w:right w:val="single" w:sz="6" w:space="0" w:color="A6A6A6"/>
          <w:insideH w:val="single" w:sz="6" w:space="0" w:color="A6A6A6"/>
          <w:insideV w:val="single" w:sz="6" w:space="0" w:color="A6A6A6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871"/>
        <w:gridCol w:w="2551"/>
        <w:gridCol w:w="2154"/>
      </w:tblGrid>
      <w:tr w:rsidR="000679FB" w14:paraId="710A58A1" w14:textId="77777777" w:rsidTr="004A60BF">
        <w:trPr>
          <w:trHeight w:val="398"/>
          <w:tblHeader/>
          <w:jc w:val="center"/>
        </w:trPr>
        <w:tc>
          <w:tcPr>
            <w:tcW w:w="2835" w:type="dxa"/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F84C7CD" w14:textId="77777777" w:rsidR="000679FB" w:rsidRDefault="002F6612" w:rsidP="004A60BF">
            <w:pPr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Ordine</w:t>
            </w:r>
            <w:proofErr w:type="spellEnd"/>
            <w:r>
              <w:rPr>
                <w:b/>
                <w:sz w:val="18"/>
              </w:rPr>
              <w:t>/</w:t>
            </w:r>
            <w:proofErr w:type="spellStart"/>
            <w:r>
              <w:rPr>
                <w:b/>
                <w:sz w:val="18"/>
              </w:rPr>
              <w:t>grado</w:t>
            </w:r>
            <w:proofErr w:type="spellEnd"/>
            <w:r>
              <w:rPr>
                <w:b/>
                <w:sz w:val="18"/>
              </w:rPr>
              <w:t xml:space="preserve"> e </w:t>
            </w:r>
            <w:proofErr w:type="spellStart"/>
            <w:r>
              <w:rPr>
                <w:b/>
                <w:sz w:val="18"/>
              </w:rPr>
              <w:t>plesso</w:t>
            </w:r>
            <w:proofErr w:type="spellEnd"/>
          </w:p>
        </w:tc>
        <w:tc>
          <w:tcPr>
            <w:tcW w:w="1871" w:type="dxa"/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3F1C989" w14:textId="77777777" w:rsidR="000679FB" w:rsidRDefault="002F6612" w:rsidP="004A60BF">
            <w:pPr>
              <w:spacing w:after="0" w:line="240" w:lineRule="auto"/>
              <w:jc w:val="center"/>
            </w:pPr>
            <w:r>
              <w:rPr>
                <w:b/>
                <w:sz w:val="18"/>
              </w:rPr>
              <w:t>Classi/sezioni previste</w:t>
            </w:r>
          </w:p>
        </w:tc>
        <w:tc>
          <w:tcPr>
            <w:tcW w:w="2551" w:type="dxa"/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DCD39E0" w14:textId="77777777" w:rsidR="000679FB" w:rsidRDefault="002F6612" w:rsidP="004A60BF">
            <w:pPr>
              <w:spacing w:after="0" w:line="240" w:lineRule="auto"/>
              <w:jc w:val="center"/>
            </w:pPr>
            <w:r>
              <w:rPr>
                <w:b/>
                <w:sz w:val="18"/>
              </w:rPr>
              <w:t>Posti comuni / sostegno</w:t>
            </w:r>
          </w:p>
        </w:tc>
        <w:tc>
          <w:tcPr>
            <w:tcW w:w="2154" w:type="dxa"/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5322D8E" w14:textId="77777777" w:rsidR="000679FB" w:rsidRDefault="002F6612" w:rsidP="004A60BF">
            <w:pPr>
              <w:spacing w:after="0" w:line="240" w:lineRule="auto"/>
              <w:jc w:val="center"/>
            </w:pPr>
            <w:r>
              <w:rPr>
                <w:b/>
                <w:sz w:val="18"/>
              </w:rPr>
              <w:t>Annotazioni organizzative</w:t>
            </w:r>
          </w:p>
        </w:tc>
      </w:tr>
      <w:tr w:rsidR="000679FB" w14:paraId="1031C964" w14:textId="77777777" w:rsidTr="004A60BF">
        <w:trPr>
          <w:trHeight w:val="204"/>
          <w:jc w:val="center"/>
        </w:trPr>
        <w:tc>
          <w:tcPr>
            <w:tcW w:w="2835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4F71399" w14:textId="77777777" w:rsidR="000679FB" w:rsidRDefault="002F6612">
            <w:pPr>
              <w:spacing w:after="0" w:line="240" w:lineRule="auto"/>
            </w:pPr>
            <w:r>
              <w:rPr>
                <w:sz w:val="18"/>
              </w:rPr>
              <w:t>[ ]</w:t>
            </w:r>
          </w:p>
        </w:tc>
        <w:tc>
          <w:tcPr>
            <w:tcW w:w="1871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5B798D8" w14:textId="77777777" w:rsidR="000679FB" w:rsidRDefault="002F6612">
            <w:pPr>
              <w:spacing w:after="0" w:line="240" w:lineRule="auto"/>
            </w:pPr>
            <w:r>
              <w:rPr>
                <w:sz w:val="18"/>
              </w:rPr>
              <w:t>[ ]</w:t>
            </w:r>
          </w:p>
        </w:tc>
        <w:tc>
          <w:tcPr>
            <w:tcW w:w="2551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F6F5C26" w14:textId="77777777" w:rsidR="000679FB" w:rsidRDefault="002F6612">
            <w:pPr>
              <w:spacing w:after="0" w:line="240" w:lineRule="auto"/>
            </w:pPr>
            <w:r>
              <w:rPr>
                <w:sz w:val="18"/>
              </w:rPr>
              <w:t>[ ]</w:t>
            </w:r>
          </w:p>
        </w:tc>
        <w:tc>
          <w:tcPr>
            <w:tcW w:w="2154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E2F1B2A" w14:textId="77777777" w:rsidR="000679FB" w:rsidRDefault="002F6612">
            <w:pPr>
              <w:spacing w:after="0" w:line="240" w:lineRule="auto"/>
            </w:pPr>
            <w:r>
              <w:rPr>
                <w:sz w:val="18"/>
              </w:rPr>
              <w:t>[ ]</w:t>
            </w:r>
          </w:p>
        </w:tc>
      </w:tr>
      <w:tr w:rsidR="000679FB" w14:paraId="192A5EFB" w14:textId="77777777" w:rsidTr="004A60BF">
        <w:trPr>
          <w:trHeight w:val="194"/>
          <w:jc w:val="center"/>
        </w:trPr>
        <w:tc>
          <w:tcPr>
            <w:tcW w:w="2835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107BE78" w14:textId="77777777" w:rsidR="000679FB" w:rsidRDefault="002F6612">
            <w:pPr>
              <w:spacing w:after="0" w:line="240" w:lineRule="auto"/>
            </w:pPr>
            <w:r>
              <w:rPr>
                <w:sz w:val="18"/>
              </w:rPr>
              <w:t>[ ]</w:t>
            </w:r>
          </w:p>
        </w:tc>
        <w:tc>
          <w:tcPr>
            <w:tcW w:w="1871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122E3D4" w14:textId="77777777" w:rsidR="000679FB" w:rsidRDefault="002F6612">
            <w:pPr>
              <w:spacing w:after="0" w:line="240" w:lineRule="auto"/>
            </w:pPr>
            <w:r>
              <w:rPr>
                <w:sz w:val="18"/>
              </w:rPr>
              <w:t>[ ]</w:t>
            </w:r>
          </w:p>
        </w:tc>
        <w:tc>
          <w:tcPr>
            <w:tcW w:w="2551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28AF483" w14:textId="77777777" w:rsidR="000679FB" w:rsidRDefault="002F6612">
            <w:pPr>
              <w:spacing w:after="0" w:line="240" w:lineRule="auto"/>
            </w:pPr>
            <w:r>
              <w:rPr>
                <w:sz w:val="18"/>
              </w:rPr>
              <w:t>[ ]</w:t>
            </w:r>
          </w:p>
        </w:tc>
        <w:tc>
          <w:tcPr>
            <w:tcW w:w="2154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7D31DC9" w14:textId="77777777" w:rsidR="000679FB" w:rsidRDefault="002F6612">
            <w:pPr>
              <w:spacing w:after="0" w:line="240" w:lineRule="auto"/>
            </w:pPr>
            <w:r>
              <w:rPr>
                <w:sz w:val="18"/>
              </w:rPr>
              <w:t>[ ]</w:t>
            </w:r>
          </w:p>
        </w:tc>
      </w:tr>
      <w:tr w:rsidR="000679FB" w14:paraId="5AA914BA" w14:textId="77777777" w:rsidTr="004A60BF">
        <w:trPr>
          <w:trHeight w:val="204"/>
          <w:jc w:val="center"/>
        </w:trPr>
        <w:tc>
          <w:tcPr>
            <w:tcW w:w="2835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98A92CC" w14:textId="77777777" w:rsidR="000679FB" w:rsidRDefault="002F6612">
            <w:pPr>
              <w:spacing w:after="0" w:line="240" w:lineRule="auto"/>
            </w:pPr>
            <w:r>
              <w:rPr>
                <w:sz w:val="18"/>
              </w:rPr>
              <w:t>[ ]</w:t>
            </w:r>
          </w:p>
        </w:tc>
        <w:tc>
          <w:tcPr>
            <w:tcW w:w="1871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42E6282" w14:textId="77777777" w:rsidR="000679FB" w:rsidRDefault="002F6612">
            <w:pPr>
              <w:spacing w:after="0" w:line="240" w:lineRule="auto"/>
            </w:pPr>
            <w:r>
              <w:rPr>
                <w:sz w:val="18"/>
              </w:rPr>
              <w:t>[ ]</w:t>
            </w:r>
          </w:p>
        </w:tc>
        <w:tc>
          <w:tcPr>
            <w:tcW w:w="2551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285CE83" w14:textId="77777777" w:rsidR="000679FB" w:rsidRDefault="002F6612">
            <w:pPr>
              <w:spacing w:after="0" w:line="240" w:lineRule="auto"/>
            </w:pPr>
            <w:r>
              <w:rPr>
                <w:sz w:val="18"/>
              </w:rPr>
              <w:t>[ ]</w:t>
            </w:r>
          </w:p>
        </w:tc>
        <w:tc>
          <w:tcPr>
            <w:tcW w:w="2154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250390B" w14:textId="77777777" w:rsidR="000679FB" w:rsidRDefault="002F6612">
            <w:pPr>
              <w:spacing w:after="0" w:line="240" w:lineRule="auto"/>
            </w:pPr>
            <w:r>
              <w:rPr>
                <w:sz w:val="18"/>
              </w:rPr>
              <w:t>[ ]</w:t>
            </w:r>
          </w:p>
        </w:tc>
      </w:tr>
      <w:tr w:rsidR="000679FB" w14:paraId="51FBCF9A" w14:textId="77777777" w:rsidTr="004A60BF">
        <w:trPr>
          <w:trHeight w:val="194"/>
          <w:jc w:val="center"/>
        </w:trPr>
        <w:tc>
          <w:tcPr>
            <w:tcW w:w="2835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38D0ED6" w14:textId="77777777" w:rsidR="000679FB" w:rsidRDefault="002F6612">
            <w:pPr>
              <w:spacing w:after="0" w:line="240" w:lineRule="auto"/>
            </w:pPr>
            <w:r>
              <w:rPr>
                <w:sz w:val="18"/>
              </w:rPr>
              <w:t>[ ]</w:t>
            </w:r>
          </w:p>
        </w:tc>
        <w:tc>
          <w:tcPr>
            <w:tcW w:w="1871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57EDFB6" w14:textId="77777777" w:rsidR="000679FB" w:rsidRDefault="002F6612">
            <w:pPr>
              <w:spacing w:after="0" w:line="240" w:lineRule="auto"/>
            </w:pPr>
            <w:r>
              <w:rPr>
                <w:sz w:val="18"/>
              </w:rPr>
              <w:t>[ ]</w:t>
            </w:r>
          </w:p>
        </w:tc>
        <w:tc>
          <w:tcPr>
            <w:tcW w:w="2551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F593D42" w14:textId="77777777" w:rsidR="000679FB" w:rsidRDefault="002F6612">
            <w:pPr>
              <w:spacing w:after="0" w:line="240" w:lineRule="auto"/>
            </w:pPr>
            <w:r>
              <w:rPr>
                <w:sz w:val="18"/>
              </w:rPr>
              <w:t>[ ]</w:t>
            </w:r>
          </w:p>
        </w:tc>
        <w:tc>
          <w:tcPr>
            <w:tcW w:w="2154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D8FD56F" w14:textId="77777777" w:rsidR="000679FB" w:rsidRDefault="002F6612">
            <w:pPr>
              <w:spacing w:after="0" w:line="240" w:lineRule="auto"/>
            </w:pPr>
            <w:r>
              <w:rPr>
                <w:sz w:val="18"/>
              </w:rPr>
              <w:t>[ ]</w:t>
            </w:r>
          </w:p>
        </w:tc>
      </w:tr>
    </w:tbl>
    <w:p w14:paraId="438F183D" w14:textId="77777777" w:rsidR="004A60BF" w:rsidRDefault="004A60BF">
      <w:pPr>
        <w:spacing w:after="80" w:line="252" w:lineRule="auto"/>
        <w:rPr>
          <w:b/>
          <w:lang w:val="it-IT"/>
        </w:rPr>
      </w:pPr>
    </w:p>
    <w:p w14:paraId="4F0F0151" w14:textId="77777777" w:rsidR="004A60BF" w:rsidRDefault="004A60BF">
      <w:pPr>
        <w:spacing w:after="80" w:line="252" w:lineRule="auto"/>
        <w:rPr>
          <w:b/>
          <w:lang w:val="it-IT"/>
        </w:rPr>
      </w:pPr>
    </w:p>
    <w:p w14:paraId="32B376F4" w14:textId="77777777" w:rsidR="004A60BF" w:rsidRDefault="004A60BF">
      <w:pPr>
        <w:spacing w:after="80" w:line="252" w:lineRule="auto"/>
        <w:rPr>
          <w:b/>
          <w:lang w:val="it-IT"/>
        </w:rPr>
      </w:pPr>
    </w:p>
    <w:p w14:paraId="44581D56" w14:textId="1BA20C02" w:rsidR="000679FB" w:rsidRDefault="002F6612">
      <w:pPr>
        <w:spacing w:after="80" w:line="252" w:lineRule="auto"/>
        <w:rPr>
          <w:lang w:val="it-IT"/>
        </w:rPr>
      </w:pPr>
      <w:r w:rsidRPr="004A60BF">
        <w:rPr>
          <w:b/>
          <w:lang w:val="it-IT"/>
        </w:rPr>
        <w:t xml:space="preserve">Criteri adottati: </w:t>
      </w:r>
      <w:r w:rsidRPr="004A60BF">
        <w:rPr>
          <w:lang w:val="it-IT"/>
        </w:rPr>
        <w:t>[indicare, ad esempio, continuità didattica, consistenza numerica delle classi, presenza di alunni con disabilità/BES, articolazione dei plessi, esigenze organizzative e didattiche].</w:t>
      </w:r>
    </w:p>
    <w:p w14:paraId="247DB011" w14:textId="77777777" w:rsidR="004A60BF" w:rsidRPr="004A60BF" w:rsidRDefault="004A60BF">
      <w:pPr>
        <w:spacing w:after="80" w:line="252" w:lineRule="auto"/>
        <w:rPr>
          <w:lang w:val="it-IT"/>
        </w:rPr>
      </w:pPr>
    </w:p>
    <w:p w14:paraId="036A56A5" w14:textId="77777777" w:rsidR="000679FB" w:rsidRPr="004A60BF" w:rsidRDefault="002F6612">
      <w:pPr>
        <w:pStyle w:val="Titolo2"/>
        <w:spacing w:before="160" w:after="80"/>
        <w:rPr>
          <w:lang w:val="it-IT"/>
        </w:rPr>
      </w:pPr>
      <w:r w:rsidRPr="004A60BF">
        <w:rPr>
          <w:lang w:val="it-IT"/>
        </w:rPr>
        <w:t>2.2 Criteri organizzativi per progetti finanziati con risorse nazionali ed europee</w:t>
      </w:r>
    </w:p>
    <w:p w14:paraId="218AA8B9" w14:textId="77777777" w:rsidR="000679FB" w:rsidRPr="004A60BF" w:rsidRDefault="002F6612">
      <w:pPr>
        <w:spacing w:after="80" w:line="252" w:lineRule="auto"/>
        <w:rPr>
          <w:lang w:val="it-IT"/>
        </w:rPr>
      </w:pPr>
      <w:r w:rsidRPr="004A60BF">
        <w:rPr>
          <w:lang w:val="it-IT"/>
        </w:rPr>
        <w:t>Con riferimento ai progetti in corso o di prossimo avvio finanziati con risorse nazionali e/o europee (PNRR, PON, POR, Erasmus+ o altri programmi), si fornisce il seguente quadro riepilogativo.</w:t>
      </w:r>
    </w:p>
    <w:tbl>
      <w:tblPr>
        <w:tblW w:w="0" w:type="auto"/>
        <w:jc w:val="center"/>
        <w:tblBorders>
          <w:top w:val="single" w:sz="6" w:space="0" w:color="A6A6A6"/>
          <w:left w:val="single" w:sz="6" w:space="0" w:color="A6A6A6"/>
          <w:bottom w:val="single" w:sz="6" w:space="0" w:color="A6A6A6"/>
          <w:right w:val="single" w:sz="6" w:space="0" w:color="A6A6A6"/>
          <w:insideH w:val="single" w:sz="6" w:space="0" w:color="A6A6A6"/>
          <w:insideV w:val="single" w:sz="6" w:space="0" w:color="A6A6A6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1814"/>
        <w:gridCol w:w="2721"/>
        <w:gridCol w:w="1474"/>
        <w:gridCol w:w="1247"/>
      </w:tblGrid>
      <w:tr w:rsidR="000679FB" w14:paraId="2150B023" w14:textId="77777777">
        <w:trPr>
          <w:tblHeader/>
          <w:jc w:val="center"/>
        </w:trPr>
        <w:tc>
          <w:tcPr>
            <w:tcW w:w="2268" w:type="dxa"/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F777E32" w14:textId="77777777" w:rsidR="000679FB" w:rsidRDefault="002F6612" w:rsidP="004A60BF">
            <w:pPr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Progetto / </w:t>
            </w:r>
            <w:proofErr w:type="spellStart"/>
            <w:r>
              <w:rPr>
                <w:b/>
                <w:sz w:val="18"/>
              </w:rPr>
              <w:t>intervento</w:t>
            </w:r>
            <w:proofErr w:type="spellEnd"/>
          </w:p>
        </w:tc>
        <w:tc>
          <w:tcPr>
            <w:tcW w:w="1814" w:type="dxa"/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313ED3" w14:textId="77777777" w:rsidR="000679FB" w:rsidRDefault="002F6612" w:rsidP="004A60BF">
            <w:pPr>
              <w:spacing w:after="0" w:line="240" w:lineRule="auto"/>
              <w:jc w:val="center"/>
            </w:pPr>
            <w:r>
              <w:rPr>
                <w:b/>
                <w:sz w:val="18"/>
              </w:rPr>
              <w:t>Fonte di finanziamento</w:t>
            </w:r>
          </w:p>
        </w:tc>
        <w:tc>
          <w:tcPr>
            <w:tcW w:w="2721" w:type="dxa"/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A43E564" w14:textId="77777777" w:rsidR="000679FB" w:rsidRPr="004A60BF" w:rsidRDefault="002F6612" w:rsidP="004A60BF">
            <w:pPr>
              <w:spacing w:after="0" w:line="240" w:lineRule="auto"/>
              <w:jc w:val="center"/>
              <w:rPr>
                <w:lang w:val="it-IT"/>
              </w:rPr>
            </w:pPr>
            <w:r w:rsidRPr="004A60BF">
              <w:rPr>
                <w:b/>
                <w:sz w:val="18"/>
                <w:lang w:val="it-IT"/>
              </w:rPr>
              <w:t>Criteri di attuazione e destinatari</w:t>
            </w:r>
          </w:p>
        </w:tc>
        <w:tc>
          <w:tcPr>
            <w:tcW w:w="1474" w:type="dxa"/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9C404C6" w14:textId="77777777" w:rsidR="000679FB" w:rsidRDefault="002F6612" w:rsidP="004A60BF">
            <w:pPr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Periodo</w:t>
            </w:r>
            <w:proofErr w:type="spellEnd"/>
          </w:p>
        </w:tc>
        <w:tc>
          <w:tcPr>
            <w:tcW w:w="1247" w:type="dxa"/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FF7D26F" w14:textId="77777777" w:rsidR="000679FB" w:rsidRDefault="002F6612" w:rsidP="004A60BF">
            <w:pPr>
              <w:spacing w:after="0" w:line="240" w:lineRule="auto"/>
              <w:jc w:val="center"/>
            </w:pPr>
            <w:r>
              <w:rPr>
                <w:b/>
                <w:sz w:val="18"/>
              </w:rPr>
              <w:t>Stato</w:t>
            </w:r>
          </w:p>
        </w:tc>
      </w:tr>
      <w:tr w:rsidR="000679FB" w14:paraId="1FB5D4F1" w14:textId="77777777">
        <w:trPr>
          <w:jc w:val="center"/>
        </w:trPr>
        <w:tc>
          <w:tcPr>
            <w:tcW w:w="2268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F81F0F4" w14:textId="77777777" w:rsidR="000679FB" w:rsidRDefault="002F6612">
            <w:pPr>
              <w:spacing w:after="0" w:line="240" w:lineRule="auto"/>
            </w:pPr>
            <w:r>
              <w:rPr>
                <w:sz w:val="18"/>
              </w:rPr>
              <w:t>[ ]</w:t>
            </w:r>
          </w:p>
        </w:tc>
        <w:tc>
          <w:tcPr>
            <w:tcW w:w="1814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70589FF" w14:textId="77777777" w:rsidR="000679FB" w:rsidRDefault="002F6612">
            <w:pPr>
              <w:spacing w:after="0" w:line="240" w:lineRule="auto"/>
            </w:pPr>
            <w:r>
              <w:rPr>
                <w:sz w:val="18"/>
              </w:rPr>
              <w:t>[ ]</w:t>
            </w:r>
          </w:p>
        </w:tc>
        <w:tc>
          <w:tcPr>
            <w:tcW w:w="2721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A8BCECF" w14:textId="77777777" w:rsidR="000679FB" w:rsidRDefault="002F6612">
            <w:pPr>
              <w:spacing w:after="0" w:line="240" w:lineRule="auto"/>
            </w:pPr>
            <w:r>
              <w:rPr>
                <w:sz w:val="18"/>
              </w:rPr>
              <w:t>[ ]</w:t>
            </w:r>
          </w:p>
        </w:tc>
        <w:tc>
          <w:tcPr>
            <w:tcW w:w="1474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089A682" w14:textId="77777777" w:rsidR="000679FB" w:rsidRDefault="002F6612">
            <w:pPr>
              <w:spacing w:after="0" w:line="240" w:lineRule="auto"/>
            </w:pPr>
            <w:r>
              <w:rPr>
                <w:sz w:val="18"/>
              </w:rPr>
              <w:t>[ ]</w:t>
            </w:r>
          </w:p>
        </w:tc>
        <w:tc>
          <w:tcPr>
            <w:tcW w:w="1247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BC56B65" w14:textId="77777777" w:rsidR="000679FB" w:rsidRDefault="002F6612">
            <w:pPr>
              <w:spacing w:after="0" w:line="240" w:lineRule="auto"/>
            </w:pPr>
            <w:r>
              <w:rPr>
                <w:sz w:val="18"/>
              </w:rPr>
              <w:t>[ ]</w:t>
            </w:r>
          </w:p>
        </w:tc>
      </w:tr>
      <w:tr w:rsidR="000679FB" w14:paraId="6A97E79E" w14:textId="77777777">
        <w:trPr>
          <w:jc w:val="center"/>
        </w:trPr>
        <w:tc>
          <w:tcPr>
            <w:tcW w:w="2268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DB6D8ED" w14:textId="77777777" w:rsidR="000679FB" w:rsidRDefault="002F6612">
            <w:pPr>
              <w:spacing w:after="0" w:line="240" w:lineRule="auto"/>
            </w:pPr>
            <w:r>
              <w:rPr>
                <w:sz w:val="18"/>
              </w:rPr>
              <w:t>[ ]</w:t>
            </w:r>
          </w:p>
        </w:tc>
        <w:tc>
          <w:tcPr>
            <w:tcW w:w="1814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AACB87E" w14:textId="77777777" w:rsidR="000679FB" w:rsidRDefault="002F6612">
            <w:pPr>
              <w:spacing w:after="0" w:line="240" w:lineRule="auto"/>
            </w:pPr>
            <w:r>
              <w:rPr>
                <w:sz w:val="18"/>
              </w:rPr>
              <w:t>[ ]</w:t>
            </w:r>
          </w:p>
        </w:tc>
        <w:tc>
          <w:tcPr>
            <w:tcW w:w="2721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F2E7CB0" w14:textId="77777777" w:rsidR="000679FB" w:rsidRDefault="002F6612">
            <w:pPr>
              <w:spacing w:after="0" w:line="240" w:lineRule="auto"/>
            </w:pPr>
            <w:r>
              <w:rPr>
                <w:sz w:val="18"/>
              </w:rPr>
              <w:t>[ ]</w:t>
            </w:r>
          </w:p>
        </w:tc>
        <w:tc>
          <w:tcPr>
            <w:tcW w:w="1474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5722748" w14:textId="77777777" w:rsidR="000679FB" w:rsidRDefault="002F6612">
            <w:pPr>
              <w:spacing w:after="0" w:line="240" w:lineRule="auto"/>
            </w:pPr>
            <w:r>
              <w:rPr>
                <w:sz w:val="18"/>
              </w:rPr>
              <w:t>[ ]</w:t>
            </w:r>
          </w:p>
        </w:tc>
        <w:tc>
          <w:tcPr>
            <w:tcW w:w="1247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759C99A" w14:textId="77777777" w:rsidR="000679FB" w:rsidRDefault="002F6612">
            <w:pPr>
              <w:spacing w:after="0" w:line="240" w:lineRule="auto"/>
            </w:pPr>
            <w:r>
              <w:rPr>
                <w:sz w:val="18"/>
              </w:rPr>
              <w:t>[ ]</w:t>
            </w:r>
          </w:p>
        </w:tc>
      </w:tr>
      <w:tr w:rsidR="000679FB" w14:paraId="354636DD" w14:textId="77777777">
        <w:trPr>
          <w:jc w:val="center"/>
        </w:trPr>
        <w:tc>
          <w:tcPr>
            <w:tcW w:w="2268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09D8DF6" w14:textId="77777777" w:rsidR="000679FB" w:rsidRDefault="002F6612">
            <w:pPr>
              <w:spacing w:after="0" w:line="240" w:lineRule="auto"/>
            </w:pPr>
            <w:r>
              <w:rPr>
                <w:sz w:val="18"/>
              </w:rPr>
              <w:t>[ ]</w:t>
            </w:r>
          </w:p>
        </w:tc>
        <w:tc>
          <w:tcPr>
            <w:tcW w:w="1814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75BEFFC" w14:textId="77777777" w:rsidR="000679FB" w:rsidRDefault="002F6612">
            <w:pPr>
              <w:spacing w:after="0" w:line="240" w:lineRule="auto"/>
            </w:pPr>
            <w:r>
              <w:rPr>
                <w:sz w:val="18"/>
              </w:rPr>
              <w:t>[ ]</w:t>
            </w:r>
          </w:p>
        </w:tc>
        <w:tc>
          <w:tcPr>
            <w:tcW w:w="2721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D125350" w14:textId="77777777" w:rsidR="000679FB" w:rsidRDefault="002F6612">
            <w:pPr>
              <w:spacing w:after="0" w:line="240" w:lineRule="auto"/>
            </w:pPr>
            <w:r>
              <w:rPr>
                <w:sz w:val="18"/>
              </w:rPr>
              <w:t>[ ]</w:t>
            </w:r>
          </w:p>
        </w:tc>
        <w:tc>
          <w:tcPr>
            <w:tcW w:w="1474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31309D2" w14:textId="77777777" w:rsidR="000679FB" w:rsidRDefault="002F6612">
            <w:pPr>
              <w:spacing w:after="0" w:line="240" w:lineRule="auto"/>
            </w:pPr>
            <w:r>
              <w:rPr>
                <w:sz w:val="18"/>
              </w:rPr>
              <w:t>[ ]</w:t>
            </w:r>
          </w:p>
        </w:tc>
        <w:tc>
          <w:tcPr>
            <w:tcW w:w="1247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C6C6408" w14:textId="77777777" w:rsidR="000679FB" w:rsidRDefault="002F6612">
            <w:pPr>
              <w:spacing w:after="0" w:line="240" w:lineRule="auto"/>
            </w:pPr>
            <w:r>
              <w:rPr>
                <w:sz w:val="18"/>
              </w:rPr>
              <w:t>[ ]</w:t>
            </w:r>
          </w:p>
        </w:tc>
      </w:tr>
    </w:tbl>
    <w:p w14:paraId="61B39058" w14:textId="77777777" w:rsidR="000679FB" w:rsidRPr="004A60BF" w:rsidRDefault="002F6612">
      <w:pPr>
        <w:pStyle w:val="Notaoperativa"/>
        <w:rPr>
          <w:rFonts w:hint="eastAsia"/>
          <w:lang w:val="it-IT"/>
        </w:rPr>
      </w:pPr>
      <w:r w:rsidRPr="004A60BF">
        <w:rPr>
          <w:lang w:val="it-IT"/>
        </w:rPr>
        <w:t>Gli eventuali incarichi retribuiti connessi ai progetti saranno attribuiti nel rispetto delle specifiche procedure previste e formeranno oggetto delle ulteriori comunicazioni dovute secondo il quadro contrattuale applicabile.</w:t>
      </w:r>
    </w:p>
    <w:p w14:paraId="794C15ED" w14:textId="77777777" w:rsidR="004A60BF" w:rsidRDefault="004A60BF">
      <w:pPr>
        <w:pStyle w:val="Titolo1"/>
        <w:spacing w:before="160" w:after="80"/>
        <w:rPr>
          <w:lang w:val="it-IT"/>
        </w:rPr>
      </w:pPr>
    </w:p>
    <w:p w14:paraId="40B56948" w14:textId="04D84E9A" w:rsidR="000679FB" w:rsidRPr="004A60BF" w:rsidRDefault="002F6612">
      <w:pPr>
        <w:pStyle w:val="Titolo1"/>
        <w:spacing w:before="160" w:after="80"/>
        <w:rPr>
          <w:lang w:val="it-IT"/>
        </w:rPr>
      </w:pPr>
      <w:r w:rsidRPr="004A60BF">
        <w:rPr>
          <w:lang w:val="it-IT"/>
        </w:rPr>
        <w:t>3. Informazione successiva</w:t>
      </w:r>
    </w:p>
    <w:p w14:paraId="0A94C122" w14:textId="77777777" w:rsidR="000679FB" w:rsidRPr="004A60BF" w:rsidRDefault="002F6612">
      <w:pPr>
        <w:pStyle w:val="Titolo2"/>
        <w:spacing w:before="160" w:after="80"/>
        <w:rPr>
          <w:lang w:val="it-IT"/>
        </w:rPr>
      </w:pPr>
      <w:r w:rsidRPr="004A60BF">
        <w:rPr>
          <w:lang w:val="it-IT"/>
        </w:rPr>
        <w:t>3.1 Utilizzo delle risorse del Fondo per il miglioramento dell’offerta formativa (MOF)</w:t>
      </w:r>
    </w:p>
    <w:p w14:paraId="07C1DDE4" w14:textId="77777777" w:rsidR="000679FB" w:rsidRPr="004A60BF" w:rsidRDefault="002F6612">
      <w:pPr>
        <w:spacing w:after="80" w:line="252" w:lineRule="auto"/>
        <w:rPr>
          <w:lang w:val="it-IT"/>
        </w:rPr>
      </w:pPr>
      <w:r w:rsidRPr="004A60BF">
        <w:rPr>
          <w:lang w:val="it-IT"/>
        </w:rPr>
        <w:t xml:space="preserve">Per </w:t>
      </w:r>
      <w:proofErr w:type="spellStart"/>
      <w:r w:rsidRPr="004A60BF">
        <w:rPr>
          <w:lang w:val="it-IT"/>
        </w:rPr>
        <w:t>l’a.s.</w:t>
      </w:r>
      <w:proofErr w:type="spellEnd"/>
      <w:r w:rsidRPr="004A60BF">
        <w:rPr>
          <w:lang w:val="it-IT"/>
        </w:rPr>
        <w:t xml:space="preserve"> </w:t>
      </w:r>
      <w:r w:rsidRPr="004A60BF">
        <w:rPr>
          <w:b/>
          <w:color w:val="9C5700"/>
          <w:lang w:val="it-IT"/>
        </w:rPr>
        <w:t>[____/____]</w:t>
      </w:r>
      <w:r w:rsidRPr="004A60BF">
        <w:rPr>
          <w:lang w:val="it-IT"/>
        </w:rPr>
        <w:t>, si comunicano in forma aggregata i dati relativi all’impiego delle risorse del Fondo per il miglioramento dell’offerta formativa. La rappresentazione non consente di ricondurre l’importo erogato al singolo lavoratore.</w:t>
      </w:r>
    </w:p>
    <w:tbl>
      <w:tblPr>
        <w:tblW w:w="10342" w:type="dxa"/>
        <w:jc w:val="center"/>
        <w:tblBorders>
          <w:top w:val="single" w:sz="6" w:space="0" w:color="A6A6A6"/>
          <w:left w:val="single" w:sz="6" w:space="0" w:color="A6A6A6"/>
          <w:bottom w:val="single" w:sz="6" w:space="0" w:color="A6A6A6"/>
          <w:right w:val="single" w:sz="6" w:space="0" w:color="A6A6A6"/>
          <w:insideH w:val="single" w:sz="6" w:space="0" w:color="A6A6A6"/>
          <w:insideV w:val="single" w:sz="6" w:space="0" w:color="A6A6A6"/>
        </w:tblBorders>
        <w:tblLayout w:type="fixed"/>
        <w:tblLook w:val="04A0" w:firstRow="1" w:lastRow="0" w:firstColumn="1" w:lastColumn="0" w:noHBand="0" w:noVBand="1"/>
      </w:tblPr>
      <w:tblGrid>
        <w:gridCol w:w="4103"/>
        <w:gridCol w:w="2268"/>
        <w:gridCol w:w="1701"/>
        <w:gridCol w:w="2270"/>
      </w:tblGrid>
      <w:tr w:rsidR="000679FB" w14:paraId="3CA20901" w14:textId="77777777" w:rsidTr="004A60BF">
        <w:trPr>
          <w:tblHeader/>
          <w:jc w:val="center"/>
        </w:trPr>
        <w:tc>
          <w:tcPr>
            <w:tcW w:w="4103" w:type="dxa"/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36A3192" w14:textId="77777777" w:rsidR="000679FB" w:rsidRDefault="002F6612" w:rsidP="004A60BF">
            <w:pPr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Tipologia</w:t>
            </w:r>
            <w:proofErr w:type="spellEnd"/>
            <w:r>
              <w:rPr>
                <w:b/>
                <w:sz w:val="18"/>
              </w:rPr>
              <w:t xml:space="preserve"> di </w:t>
            </w:r>
            <w:proofErr w:type="spellStart"/>
            <w:r>
              <w:rPr>
                <w:b/>
                <w:sz w:val="18"/>
              </w:rPr>
              <w:t>attività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retribuita</w:t>
            </w:r>
            <w:proofErr w:type="spellEnd"/>
          </w:p>
        </w:tc>
        <w:tc>
          <w:tcPr>
            <w:tcW w:w="2268" w:type="dxa"/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BFC7B4B" w14:textId="77777777" w:rsidR="000679FB" w:rsidRDefault="002F6612" w:rsidP="004A60BF">
            <w:pPr>
              <w:spacing w:after="0" w:line="240" w:lineRule="auto"/>
              <w:jc w:val="center"/>
            </w:pPr>
            <w:r>
              <w:rPr>
                <w:b/>
                <w:sz w:val="18"/>
              </w:rPr>
              <w:t>Importo complessivo (€)</w:t>
            </w:r>
          </w:p>
        </w:tc>
        <w:tc>
          <w:tcPr>
            <w:tcW w:w="1701" w:type="dxa"/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012AA22" w14:textId="77777777" w:rsidR="000679FB" w:rsidRDefault="002F6612" w:rsidP="004A60BF">
            <w:pPr>
              <w:spacing w:after="0" w:line="240" w:lineRule="auto"/>
              <w:jc w:val="center"/>
            </w:pPr>
            <w:r>
              <w:rPr>
                <w:b/>
                <w:sz w:val="18"/>
              </w:rPr>
              <w:t>N. lavoratori</w:t>
            </w:r>
          </w:p>
        </w:tc>
        <w:tc>
          <w:tcPr>
            <w:tcW w:w="2270" w:type="dxa"/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715DBE8" w14:textId="77777777" w:rsidR="000679FB" w:rsidRDefault="002F6612" w:rsidP="004A60BF">
            <w:pPr>
              <w:spacing w:after="0" w:line="240" w:lineRule="auto"/>
              <w:jc w:val="center"/>
            </w:pPr>
            <w:r>
              <w:rPr>
                <w:b/>
                <w:sz w:val="18"/>
              </w:rPr>
              <w:t>Eventuali note</w:t>
            </w:r>
          </w:p>
        </w:tc>
      </w:tr>
      <w:tr w:rsidR="000679FB" w14:paraId="522A85CC" w14:textId="77777777" w:rsidTr="004A60BF">
        <w:trPr>
          <w:jc w:val="center"/>
        </w:trPr>
        <w:tc>
          <w:tcPr>
            <w:tcW w:w="4103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F404E45" w14:textId="77777777" w:rsidR="000679FB" w:rsidRPr="004A60BF" w:rsidRDefault="002F6612">
            <w:pPr>
              <w:spacing w:after="0" w:line="240" w:lineRule="auto"/>
              <w:rPr>
                <w:lang w:val="it-IT"/>
              </w:rPr>
            </w:pPr>
            <w:r w:rsidRPr="004A60BF">
              <w:rPr>
                <w:sz w:val="18"/>
                <w:lang w:val="it-IT"/>
              </w:rPr>
              <w:t>Ore eccedenti / sostituzione dei colleghi assenti – personale docente</w:t>
            </w:r>
          </w:p>
        </w:tc>
        <w:tc>
          <w:tcPr>
            <w:tcW w:w="2268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1077DEA" w14:textId="77777777" w:rsidR="000679FB" w:rsidRDefault="002F6612">
            <w:pPr>
              <w:spacing w:after="0" w:line="240" w:lineRule="auto"/>
            </w:pPr>
            <w:r>
              <w:rPr>
                <w:sz w:val="18"/>
              </w:rPr>
              <w:t>[ ]</w:t>
            </w:r>
          </w:p>
        </w:tc>
        <w:tc>
          <w:tcPr>
            <w:tcW w:w="1701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7765379" w14:textId="77777777" w:rsidR="000679FB" w:rsidRDefault="002F6612">
            <w:pPr>
              <w:spacing w:after="0" w:line="240" w:lineRule="auto"/>
            </w:pPr>
            <w:r>
              <w:rPr>
                <w:sz w:val="18"/>
              </w:rPr>
              <w:t>[ ]</w:t>
            </w:r>
          </w:p>
        </w:tc>
        <w:tc>
          <w:tcPr>
            <w:tcW w:w="227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16D1E28" w14:textId="77777777" w:rsidR="000679FB" w:rsidRDefault="002F6612">
            <w:pPr>
              <w:spacing w:after="0" w:line="240" w:lineRule="auto"/>
            </w:pPr>
            <w:r>
              <w:rPr>
                <w:sz w:val="18"/>
              </w:rPr>
              <w:t>[ ]</w:t>
            </w:r>
          </w:p>
        </w:tc>
      </w:tr>
      <w:tr w:rsidR="000679FB" w14:paraId="495293B0" w14:textId="77777777" w:rsidTr="004A60BF">
        <w:trPr>
          <w:jc w:val="center"/>
        </w:trPr>
        <w:tc>
          <w:tcPr>
            <w:tcW w:w="4103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45BD5D3" w14:textId="77777777" w:rsidR="000679FB" w:rsidRPr="004A60BF" w:rsidRDefault="002F6612">
            <w:pPr>
              <w:spacing w:after="0" w:line="240" w:lineRule="auto"/>
              <w:rPr>
                <w:lang w:val="it-IT"/>
              </w:rPr>
            </w:pPr>
            <w:r w:rsidRPr="004A60BF">
              <w:rPr>
                <w:sz w:val="18"/>
                <w:lang w:val="it-IT"/>
              </w:rPr>
              <w:t>Intensificazione delle prestazioni lavorative – personale ATA</w:t>
            </w:r>
          </w:p>
        </w:tc>
        <w:tc>
          <w:tcPr>
            <w:tcW w:w="2268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226E87B" w14:textId="77777777" w:rsidR="000679FB" w:rsidRDefault="002F6612">
            <w:pPr>
              <w:spacing w:after="0" w:line="240" w:lineRule="auto"/>
            </w:pPr>
            <w:r>
              <w:rPr>
                <w:sz w:val="18"/>
              </w:rPr>
              <w:t>[ ]</w:t>
            </w:r>
          </w:p>
        </w:tc>
        <w:tc>
          <w:tcPr>
            <w:tcW w:w="1701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9B16E94" w14:textId="77777777" w:rsidR="000679FB" w:rsidRDefault="002F6612">
            <w:pPr>
              <w:spacing w:after="0" w:line="240" w:lineRule="auto"/>
            </w:pPr>
            <w:r>
              <w:rPr>
                <w:sz w:val="18"/>
              </w:rPr>
              <w:t>[ ]</w:t>
            </w:r>
          </w:p>
        </w:tc>
        <w:tc>
          <w:tcPr>
            <w:tcW w:w="227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6EC10F0" w14:textId="77777777" w:rsidR="000679FB" w:rsidRDefault="002F6612">
            <w:pPr>
              <w:spacing w:after="0" w:line="240" w:lineRule="auto"/>
            </w:pPr>
            <w:r>
              <w:rPr>
                <w:sz w:val="18"/>
              </w:rPr>
              <w:t>[ ]</w:t>
            </w:r>
          </w:p>
        </w:tc>
      </w:tr>
      <w:tr w:rsidR="000679FB" w14:paraId="3E0A2808" w14:textId="77777777" w:rsidTr="004A60BF">
        <w:trPr>
          <w:jc w:val="center"/>
        </w:trPr>
        <w:tc>
          <w:tcPr>
            <w:tcW w:w="4103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FF8B23B" w14:textId="77777777" w:rsidR="000679FB" w:rsidRPr="004A60BF" w:rsidRDefault="002F6612">
            <w:pPr>
              <w:spacing w:after="0" w:line="240" w:lineRule="auto"/>
              <w:rPr>
                <w:lang w:val="it-IT"/>
              </w:rPr>
            </w:pPr>
            <w:r w:rsidRPr="004A60BF">
              <w:rPr>
                <w:sz w:val="18"/>
                <w:lang w:val="it-IT"/>
              </w:rPr>
              <w:t>Incarichi specifici – personale ATA (art. 47 CCNL)</w:t>
            </w:r>
          </w:p>
        </w:tc>
        <w:tc>
          <w:tcPr>
            <w:tcW w:w="2268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2DA85D6" w14:textId="77777777" w:rsidR="000679FB" w:rsidRDefault="002F6612">
            <w:pPr>
              <w:spacing w:after="0" w:line="240" w:lineRule="auto"/>
            </w:pPr>
            <w:r>
              <w:rPr>
                <w:sz w:val="18"/>
              </w:rPr>
              <w:t>[ ]</w:t>
            </w:r>
          </w:p>
        </w:tc>
        <w:tc>
          <w:tcPr>
            <w:tcW w:w="1701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44D14B9" w14:textId="77777777" w:rsidR="000679FB" w:rsidRDefault="002F6612">
            <w:pPr>
              <w:spacing w:after="0" w:line="240" w:lineRule="auto"/>
            </w:pPr>
            <w:r>
              <w:rPr>
                <w:sz w:val="18"/>
              </w:rPr>
              <w:t>[ ]</w:t>
            </w:r>
          </w:p>
        </w:tc>
        <w:tc>
          <w:tcPr>
            <w:tcW w:w="227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C20B69A" w14:textId="77777777" w:rsidR="000679FB" w:rsidRDefault="002F6612">
            <w:pPr>
              <w:spacing w:after="0" w:line="240" w:lineRule="auto"/>
            </w:pPr>
            <w:r>
              <w:rPr>
                <w:sz w:val="18"/>
              </w:rPr>
              <w:t>[ ]</w:t>
            </w:r>
          </w:p>
        </w:tc>
      </w:tr>
      <w:tr w:rsidR="000679FB" w14:paraId="578701D0" w14:textId="77777777" w:rsidTr="004A60BF">
        <w:trPr>
          <w:jc w:val="center"/>
        </w:trPr>
        <w:tc>
          <w:tcPr>
            <w:tcW w:w="4103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6AE9EF0" w14:textId="77777777" w:rsidR="000679FB" w:rsidRDefault="002F6612">
            <w:pPr>
              <w:spacing w:after="0" w:line="240" w:lineRule="auto"/>
            </w:pPr>
            <w:r>
              <w:rPr>
                <w:sz w:val="18"/>
              </w:rPr>
              <w:t>Funzioni strumentali</w:t>
            </w:r>
          </w:p>
        </w:tc>
        <w:tc>
          <w:tcPr>
            <w:tcW w:w="2268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4142379" w14:textId="77777777" w:rsidR="000679FB" w:rsidRDefault="002F6612">
            <w:pPr>
              <w:spacing w:after="0" w:line="240" w:lineRule="auto"/>
            </w:pPr>
            <w:r>
              <w:rPr>
                <w:sz w:val="18"/>
              </w:rPr>
              <w:t>[ ]</w:t>
            </w:r>
          </w:p>
        </w:tc>
        <w:tc>
          <w:tcPr>
            <w:tcW w:w="1701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3A19AF8" w14:textId="77777777" w:rsidR="000679FB" w:rsidRDefault="002F6612">
            <w:pPr>
              <w:spacing w:after="0" w:line="240" w:lineRule="auto"/>
            </w:pPr>
            <w:r>
              <w:rPr>
                <w:sz w:val="18"/>
              </w:rPr>
              <w:t>[ ]</w:t>
            </w:r>
          </w:p>
        </w:tc>
        <w:tc>
          <w:tcPr>
            <w:tcW w:w="227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9C2F6E8" w14:textId="77777777" w:rsidR="000679FB" w:rsidRDefault="002F6612">
            <w:pPr>
              <w:spacing w:after="0" w:line="240" w:lineRule="auto"/>
            </w:pPr>
            <w:r>
              <w:rPr>
                <w:sz w:val="18"/>
              </w:rPr>
              <w:t>[ ]</w:t>
            </w:r>
          </w:p>
        </w:tc>
      </w:tr>
      <w:tr w:rsidR="000679FB" w14:paraId="2F2E687C" w14:textId="77777777" w:rsidTr="004A60BF">
        <w:trPr>
          <w:jc w:val="center"/>
        </w:trPr>
        <w:tc>
          <w:tcPr>
            <w:tcW w:w="4103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15D791A" w14:textId="77777777" w:rsidR="000679FB" w:rsidRDefault="002F6612">
            <w:pPr>
              <w:spacing w:after="0" w:line="240" w:lineRule="auto"/>
            </w:pPr>
            <w:r>
              <w:rPr>
                <w:sz w:val="18"/>
              </w:rPr>
              <w:t>Collaboratori del Dirigente Scolastico</w:t>
            </w:r>
          </w:p>
        </w:tc>
        <w:tc>
          <w:tcPr>
            <w:tcW w:w="2268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9FBD3E8" w14:textId="77777777" w:rsidR="000679FB" w:rsidRDefault="002F6612">
            <w:pPr>
              <w:spacing w:after="0" w:line="240" w:lineRule="auto"/>
            </w:pPr>
            <w:r>
              <w:rPr>
                <w:sz w:val="18"/>
              </w:rPr>
              <w:t>[ ]</w:t>
            </w:r>
          </w:p>
        </w:tc>
        <w:tc>
          <w:tcPr>
            <w:tcW w:w="1701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CFD2FB1" w14:textId="77777777" w:rsidR="000679FB" w:rsidRDefault="002F6612">
            <w:pPr>
              <w:spacing w:after="0" w:line="240" w:lineRule="auto"/>
            </w:pPr>
            <w:r>
              <w:rPr>
                <w:sz w:val="18"/>
              </w:rPr>
              <w:t>[ ]</w:t>
            </w:r>
          </w:p>
        </w:tc>
        <w:tc>
          <w:tcPr>
            <w:tcW w:w="227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81B6CEB" w14:textId="77777777" w:rsidR="000679FB" w:rsidRDefault="002F6612">
            <w:pPr>
              <w:spacing w:after="0" w:line="240" w:lineRule="auto"/>
            </w:pPr>
            <w:r>
              <w:rPr>
                <w:sz w:val="18"/>
              </w:rPr>
              <w:t>[ ]</w:t>
            </w:r>
          </w:p>
        </w:tc>
      </w:tr>
      <w:tr w:rsidR="000679FB" w14:paraId="2E0839F1" w14:textId="77777777" w:rsidTr="004A60BF">
        <w:trPr>
          <w:jc w:val="center"/>
        </w:trPr>
        <w:tc>
          <w:tcPr>
            <w:tcW w:w="4103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26B3337" w14:textId="77777777" w:rsidR="000679FB" w:rsidRPr="004A60BF" w:rsidRDefault="002F6612">
            <w:pPr>
              <w:spacing w:after="0" w:line="240" w:lineRule="auto"/>
              <w:rPr>
                <w:lang w:val="it-IT"/>
              </w:rPr>
            </w:pPr>
            <w:r w:rsidRPr="004A60BF">
              <w:rPr>
                <w:sz w:val="18"/>
                <w:lang w:val="it-IT"/>
              </w:rPr>
              <w:t>Referenti di plesso / coordinatori di dipartimento</w:t>
            </w:r>
          </w:p>
        </w:tc>
        <w:tc>
          <w:tcPr>
            <w:tcW w:w="2268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5989A7A" w14:textId="77777777" w:rsidR="000679FB" w:rsidRDefault="002F6612">
            <w:pPr>
              <w:spacing w:after="0" w:line="240" w:lineRule="auto"/>
            </w:pPr>
            <w:r>
              <w:rPr>
                <w:sz w:val="18"/>
              </w:rPr>
              <w:t>[ ]</w:t>
            </w:r>
          </w:p>
        </w:tc>
        <w:tc>
          <w:tcPr>
            <w:tcW w:w="1701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A6AF776" w14:textId="77777777" w:rsidR="000679FB" w:rsidRDefault="002F6612">
            <w:pPr>
              <w:spacing w:after="0" w:line="240" w:lineRule="auto"/>
            </w:pPr>
            <w:r>
              <w:rPr>
                <w:sz w:val="18"/>
              </w:rPr>
              <w:t>[ ]</w:t>
            </w:r>
          </w:p>
        </w:tc>
        <w:tc>
          <w:tcPr>
            <w:tcW w:w="227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4A44C1A" w14:textId="77777777" w:rsidR="000679FB" w:rsidRDefault="002F6612">
            <w:pPr>
              <w:spacing w:after="0" w:line="240" w:lineRule="auto"/>
            </w:pPr>
            <w:r>
              <w:rPr>
                <w:sz w:val="18"/>
              </w:rPr>
              <w:t>[ ]</w:t>
            </w:r>
          </w:p>
        </w:tc>
      </w:tr>
      <w:tr w:rsidR="000679FB" w14:paraId="5900A617" w14:textId="77777777" w:rsidTr="004A60BF">
        <w:trPr>
          <w:jc w:val="center"/>
        </w:trPr>
        <w:tc>
          <w:tcPr>
            <w:tcW w:w="4103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CA3AABF" w14:textId="77777777" w:rsidR="000679FB" w:rsidRPr="004A60BF" w:rsidRDefault="002F6612">
            <w:pPr>
              <w:spacing w:after="0" w:line="240" w:lineRule="auto"/>
              <w:rPr>
                <w:lang w:val="it-IT"/>
              </w:rPr>
            </w:pPr>
            <w:r w:rsidRPr="004A60BF">
              <w:rPr>
                <w:sz w:val="18"/>
                <w:lang w:val="it-IT"/>
              </w:rPr>
              <w:t>Progetti didattici retribuiti con il Fondo</w:t>
            </w:r>
          </w:p>
        </w:tc>
        <w:tc>
          <w:tcPr>
            <w:tcW w:w="2268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DDA0CD7" w14:textId="77777777" w:rsidR="000679FB" w:rsidRDefault="002F6612">
            <w:pPr>
              <w:spacing w:after="0" w:line="240" w:lineRule="auto"/>
            </w:pPr>
            <w:r>
              <w:rPr>
                <w:sz w:val="18"/>
              </w:rPr>
              <w:t>[ ]</w:t>
            </w:r>
          </w:p>
        </w:tc>
        <w:tc>
          <w:tcPr>
            <w:tcW w:w="1701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12BA1CC" w14:textId="77777777" w:rsidR="000679FB" w:rsidRDefault="002F6612">
            <w:pPr>
              <w:spacing w:after="0" w:line="240" w:lineRule="auto"/>
            </w:pPr>
            <w:r>
              <w:rPr>
                <w:sz w:val="18"/>
              </w:rPr>
              <w:t>[ ]</w:t>
            </w:r>
          </w:p>
        </w:tc>
        <w:tc>
          <w:tcPr>
            <w:tcW w:w="227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1EAD52A" w14:textId="77777777" w:rsidR="000679FB" w:rsidRDefault="002F6612">
            <w:pPr>
              <w:spacing w:after="0" w:line="240" w:lineRule="auto"/>
            </w:pPr>
            <w:r>
              <w:rPr>
                <w:sz w:val="18"/>
              </w:rPr>
              <w:t>[ ]</w:t>
            </w:r>
          </w:p>
        </w:tc>
      </w:tr>
      <w:tr w:rsidR="000679FB" w14:paraId="7323BDEF" w14:textId="77777777" w:rsidTr="004A60BF">
        <w:trPr>
          <w:jc w:val="center"/>
        </w:trPr>
        <w:tc>
          <w:tcPr>
            <w:tcW w:w="4103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8F0A7AF" w14:textId="77777777" w:rsidR="000679FB" w:rsidRDefault="002F6612">
            <w:pPr>
              <w:spacing w:after="0" w:line="240" w:lineRule="auto"/>
            </w:pPr>
            <w:r>
              <w:rPr>
                <w:sz w:val="18"/>
              </w:rPr>
              <w:t>[Altra attività]</w:t>
            </w:r>
          </w:p>
        </w:tc>
        <w:tc>
          <w:tcPr>
            <w:tcW w:w="2268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35DAA8F" w14:textId="77777777" w:rsidR="000679FB" w:rsidRDefault="002F6612">
            <w:pPr>
              <w:spacing w:after="0" w:line="240" w:lineRule="auto"/>
            </w:pPr>
            <w:r>
              <w:rPr>
                <w:sz w:val="18"/>
              </w:rPr>
              <w:t>[ ]</w:t>
            </w:r>
          </w:p>
        </w:tc>
        <w:tc>
          <w:tcPr>
            <w:tcW w:w="1701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B64FC74" w14:textId="77777777" w:rsidR="000679FB" w:rsidRDefault="002F6612">
            <w:pPr>
              <w:spacing w:after="0" w:line="240" w:lineRule="auto"/>
            </w:pPr>
            <w:r>
              <w:rPr>
                <w:sz w:val="18"/>
              </w:rPr>
              <w:t>[ ]</w:t>
            </w:r>
          </w:p>
        </w:tc>
        <w:tc>
          <w:tcPr>
            <w:tcW w:w="227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C35B313" w14:textId="77777777" w:rsidR="000679FB" w:rsidRDefault="002F6612">
            <w:pPr>
              <w:spacing w:after="0" w:line="240" w:lineRule="auto"/>
            </w:pPr>
            <w:r>
              <w:rPr>
                <w:sz w:val="18"/>
              </w:rPr>
              <w:t>[ ]</w:t>
            </w:r>
          </w:p>
        </w:tc>
      </w:tr>
      <w:tr w:rsidR="000679FB" w14:paraId="0BF1B513" w14:textId="77777777" w:rsidTr="004A60BF">
        <w:trPr>
          <w:jc w:val="center"/>
        </w:trPr>
        <w:tc>
          <w:tcPr>
            <w:tcW w:w="4103" w:type="dxa"/>
            <w:shd w:val="clear" w:color="auto" w:fill="EDEDED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D3A7874" w14:textId="77777777" w:rsidR="000679FB" w:rsidRDefault="002F6612">
            <w:pPr>
              <w:spacing w:after="0" w:line="240" w:lineRule="auto"/>
            </w:pPr>
            <w:r>
              <w:rPr>
                <w:b/>
                <w:sz w:val="18"/>
              </w:rPr>
              <w:t>TOTALE</w:t>
            </w:r>
          </w:p>
        </w:tc>
        <w:tc>
          <w:tcPr>
            <w:tcW w:w="2268" w:type="dxa"/>
            <w:shd w:val="clear" w:color="auto" w:fill="EDEDED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72BD316" w14:textId="77777777" w:rsidR="000679FB" w:rsidRDefault="002F6612">
            <w:pPr>
              <w:spacing w:after="0" w:line="240" w:lineRule="auto"/>
            </w:pPr>
            <w:r>
              <w:rPr>
                <w:b/>
                <w:sz w:val="18"/>
              </w:rPr>
              <w:t>[ ]</w:t>
            </w:r>
          </w:p>
        </w:tc>
        <w:tc>
          <w:tcPr>
            <w:tcW w:w="1701" w:type="dxa"/>
            <w:shd w:val="clear" w:color="auto" w:fill="EDEDED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74D9768" w14:textId="77777777" w:rsidR="000679FB" w:rsidRDefault="002F6612">
            <w:pPr>
              <w:spacing w:after="0" w:line="240" w:lineRule="auto"/>
            </w:pPr>
            <w:r>
              <w:rPr>
                <w:b/>
                <w:sz w:val="18"/>
              </w:rPr>
              <w:t>[ ]</w:t>
            </w:r>
          </w:p>
        </w:tc>
        <w:tc>
          <w:tcPr>
            <w:tcW w:w="2270" w:type="dxa"/>
            <w:shd w:val="clear" w:color="auto" w:fill="EDEDED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6B65543" w14:textId="77777777" w:rsidR="000679FB" w:rsidRDefault="002F6612">
            <w:pPr>
              <w:spacing w:after="0" w:line="240" w:lineRule="auto"/>
            </w:pPr>
            <w:r>
              <w:rPr>
                <w:b/>
                <w:sz w:val="18"/>
              </w:rPr>
              <w:t>[ ]</w:t>
            </w:r>
          </w:p>
        </w:tc>
      </w:tr>
      <w:tr w:rsidR="000679FB" w14:paraId="5BC4A9E7" w14:textId="77777777" w:rsidTr="004A60BF">
        <w:tblPrEx>
          <w:tblBorders>
            <w:top w:val="single" w:sz="4" w:space="0" w:color="D9E2F3"/>
            <w:left w:val="single" w:sz="4" w:space="0" w:color="D9E2F3"/>
            <w:bottom w:val="single" w:sz="4" w:space="0" w:color="D9E2F3"/>
            <w:right w:val="single" w:sz="4" w:space="0" w:color="D9E2F3"/>
            <w:insideH w:val="single" w:sz="4" w:space="0" w:color="D9E2F3"/>
            <w:insideV w:val="single" w:sz="4" w:space="0" w:color="D9E2F3"/>
          </w:tblBorders>
        </w:tblPrEx>
        <w:trPr>
          <w:jc w:val="center"/>
        </w:trPr>
        <w:tc>
          <w:tcPr>
            <w:tcW w:w="4103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2BC4330" w14:textId="77777777" w:rsidR="000679FB" w:rsidRPr="004A60BF" w:rsidRDefault="002F6612">
            <w:pPr>
              <w:spacing w:after="0" w:line="240" w:lineRule="auto"/>
              <w:rPr>
                <w:lang w:val="it-IT"/>
              </w:rPr>
            </w:pPr>
            <w:r w:rsidRPr="004A60BF">
              <w:rPr>
                <w:b/>
                <w:sz w:val="18"/>
                <w:lang w:val="it-IT"/>
              </w:rPr>
              <w:t xml:space="preserve">Disponibilità complessiva del Fondo per </w:t>
            </w:r>
            <w:proofErr w:type="spellStart"/>
            <w:r w:rsidRPr="004A60BF">
              <w:rPr>
                <w:b/>
                <w:sz w:val="18"/>
                <w:lang w:val="it-IT"/>
              </w:rPr>
              <w:t>l’a.s.</w:t>
            </w:r>
            <w:proofErr w:type="spellEnd"/>
            <w:r w:rsidRPr="004A60BF">
              <w:rPr>
                <w:b/>
                <w:sz w:val="18"/>
                <w:lang w:val="it-IT"/>
              </w:rPr>
              <w:t xml:space="preserve"> di riferimento</w:t>
            </w:r>
          </w:p>
        </w:tc>
        <w:tc>
          <w:tcPr>
            <w:tcW w:w="6237" w:type="dxa"/>
            <w:gridSpan w:val="3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B6A6580" w14:textId="77777777" w:rsidR="000679FB" w:rsidRDefault="002F6612">
            <w:pPr>
              <w:spacing w:after="0" w:line="240" w:lineRule="auto"/>
            </w:pPr>
            <w:r>
              <w:rPr>
                <w:b/>
                <w:color w:val="9C5700"/>
                <w:sz w:val="18"/>
              </w:rPr>
              <w:t>€ [__________]</w:t>
            </w:r>
          </w:p>
        </w:tc>
      </w:tr>
      <w:tr w:rsidR="000679FB" w14:paraId="011D4889" w14:textId="77777777" w:rsidTr="004A60BF">
        <w:tblPrEx>
          <w:tblBorders>
            <w:top w:val="single" w:sz="4" w:space="0" w:color="D9E2F3"/>
            <w:left w:val="single" w:sz="4" w:space="0" w:color="D9E2F3"/>
            <w:bottom w:val="single" w:sz="4" w:space="0" w:color="D9E2F3"/>
            <w:right w:val="single" w:sz="4" w:space="0" w:color="D9E2F3"/>
            <w:insideH w:val="single" w:sz="4" w:space="0" w:color="D9E2F3"/>
            <w:insideV w:val="single" w:sz="4" w:space="0" w:color="D9E2F3"/>
          </w:tblBorders>
        </w:tblPrEx>
        <w:trPr>
          <w:jc w:val="center"/>
        </w:trPr>
        <w:tc>
          <w:tcPr>
            <w:tcW w:w="4103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2B6EAEC" w14:textId="77777777" w:rsidR="000679FB" w:rsidRDefault="002F6612">
            <w:pPr>
              <w:spacing w:after="0" w:line="240" w:lineRule="auto"/>
            </w:pPr>
            <w:r>
              <w:rPr>
                <w:b/>
                <w:sz w:val="18"/>
              </w:rPr>
              <w:t>Economie / residui</w:t>
            </w:r>
          </w:p>
        </w:tc>
        <w:tc>
          <w:tcPr>
            <w:tcW w:w="6237" w:type="dxa"/>
            <w:gridSpan w:val="3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E5F17B4" w14:textId="77777777" w:rsidR="000679FB" w:rsidRDefault="002F6612">
            <w:pPr>
              <w:spacing w:after="0" w:line="240" w:lineRule="auto"/>
            </w:pPr>
            <w:r>
              <w:rPr>
                <w:b/>
                <w:color w:val="9C5700"/>
                <w:sz w:val="18"/>
              </w:rPr>
              <w:t>€ [__________]</w:t>
            </w:r>
          </w:p>
        </w:tc>
      </w:tr>
    </w:tbl>
    <w:p w14:paraId="414C37BB" w14:textId="77777777" w:rsidR="004A60BF" w:rsidRDefault="004A60BF">
      <w:pPr>
        <w:pStyle w:val="Titolo1"/>
        <w:spacing w:before="160" w:after="80"/>
        <w:rPr>
          <w:lang w:val="it-IT"/>
        </w:rPr>
      </w:pPr>
    </w:p>
    <w:p w14:paraId="5B7451B6" w14:textId="3BA8442D" w:rsidR="000679FB" w:rsidRPr="004A60BF" w:rsidRDefault="002F6612">
      <w:pPr>
        <w:pStyle w:val="Titolo1"/>
        <w:spacing w:before="160" w:after="80"/>
        <w:rPr>
          <w:lang w:val="it-IT"/>
        </w:rPr>
      </w:pPr>
      <w:r w:rsidRPr="004A60BF">
        <w:rPr>
          <w:lang w:val="it-IT"/>
        </w:rPr>
        <w:t>4. Trasmissione, interlocuzione e conclusione della procedura</w:t>
      </w:r>
    </w:p>
    <w:p w14:paraId="186F97D3" w14:textId="77777777" w:rsidR="000679FB" w:rsidRPr="004A60BF" w:rsidRDefault="002F6612">
      <w:pPr>
        <w:pStyle w:val="Puntoelenco"/>
        <w:spacing w:after="40"/>
        <w:rPr>
          <w:lang w:val="it-IT"/>
        </w:rPr>
      </w:pPr>
      <w:r w:rsidRPr="004A60BF">
        <w:rPr>
          <w:lang w:val="it-IT"/>
        </w:rPr>
        <w:t>La presente informativa è trasmessa alla RSU d’Istituto e alle Organizzazioni Sindacali interessate mediante posta elettronica istituzionale/PEC e, ove previsto, pubblicata all’Albo online dell’istituzione scolastica.</w:t>
      </w:r>
    </w:p>
    <w:p w14:paraId="0C203D64" w14:textId="77777777" w:rsidR="000679FB" w:rsidRPr="004A60BF" w:rsidRDefault="002F6612">
      <w:pPr>
        <w:pStyle w:val="Puntoelenco"/>
        <w:spacing w:after="40"/>
        <w:rPr>
          <w:lang w:val="it-IT"/>
        </w:rPr>
      </w:pPr>
      <w:r w:rsidRPr="004A60BF">
        <w:rPr>
          <w:lang w:val="it-IT"/>
        </w:rPr>
        <w:t>Le eventuali richieste di incontro o di esame congiunto sulle materie oggetto dell’informativa dovranno pervenire entro [___] giorni dal ricevimento, nel rispetto delle disposizioni contrattuali vigenti.</w:t>
      </w:r>
    </w:p>
    <w:p w14:paraId="4BDFE099" w14:textId="77777777" w:rsidR="000679FB" w:rsidRPr="004A60BF" w:rsidRDefault="002F6612">
      <w:pPr>
        <w:pStyle w:val="Puntoelenco"/>
        <w:spacing w:after="40"/>
        <w:rPr>
          <w:lang w:val="it-IT"/>
        </w:rPr>
      </w:pPr>
      <w:r w:rsidRPr="004A60BF">
        <w:rPr>
          <w:lang w:val="it-IT"/>
        </w:rPr>
        <w:t>Decorso il termine indicato senza richieste, la fase di informazione si considera conclusa.</w:t>
      </w:r>
    </w:p>
    <w:p w14:paraId="1DB4E26A" w14:textId="77777777" w:rsidR="004A60BF" w:rsidRDefault="004A60BF">
      <w:pPr>
        <w:pStyle w:val="Titolo1"/>
        <w:spacing w:before="160" w:after="80"/>
        <w:rPr>
          <w:lang w:val="it-IT"/>
        </w:rPr>
      </w:pPr>
    </w:p>
    <w:p w14:paraId="66B81B0E" w14:textId="2402E26B" w:rsidR="000679FB" w:rsidRPr="004A60BF" w:rsidRDefault="002F6612">
      <w:pPr>
        <w:pStyle w:val="Titolo1"/>
        <w:spacing w:before="160" w:after="80"/>
        <w:rPr>
          <w:lang w:val="it-IT"/>
        </w:rPr>
      </w:pPr>
      <w:r w:rsidRPr="004A60BF">
        <w:rPr>
          <w:lang w:val="it-IT"/>
        </w:rPr>
        <w:t>5. Riservatezza e trattamento dei dati</w:t>
      </w:r>
    </w:p>
    <w:p w14:paraId="3FF2E13F" w14:textId="77777777" w:rsidR="000679FB" w:rsidRDefault="002F6612">
      <w:pPr>
        <w:spacing w:after="80" w:line="252" w:lineRule="auto"/>
        <w:rPr>
          <w:lang w:val="it-IT"/>
        </w:rPr>
      </w:pPr>
      <w:r w:rsidRPr="004A60BF">
        <w:rPr>
          <w:lang w:val="it-IT"/>
        </w:rPr>
        <w:t>Le informazioni di carattere economico sono esposte in forma aggregata e sono utilizzate esclusivamente per l’assolvimento degli obblighi connessi alle relazioni sindacali. I dati riportati non devono consentire, né direttamente né attraverso la combinazione con altri elementi, l’identificazione del singolo percettore del compenso, nel rispetto dell’art. 11 del CCNL 2022-2024 e della normativa vigente in materia di protezione dei dati personali.</w:t>
      </w:r>
    </w:p>
    <w:p w14:paraId="1C8463FC" w14:textId="77777777" w:rsidR="004A60BF" w:rsidRPr="004A60BF" w:rsidRDefault="004A60BF">
      <w:pPr>
        <w:spacing w:after="80" w:line="252" w:lineRule="auto"/>
        <w:rPr>
          <w:lang w:val="it-IT"/>
        </w:rPr>
      </w:pPr>
    </w:p>
    <w:p w14:paraId="63B7FCB6" w14:textId="3F5EB12F" w:rsidR="000679FB" w:rsidRDefault="002F6612">
      <w:pPr>
        <w:spacing w:before="280" w:after="80" w:line="252" w:lineRule="auto"/>
        <w:rPr>
          <w:b/>
          <w:color w:val="9C5700"/>
          <w:lang w:val="it-IT"/>
        </w:rPr>
      </w:pPr>
      <w:r w:rsidRPr="004A60BF">
        <w:rPr>
          <w:b/>
          <w:color w:val="9C5700"/>
          <w:lang w:val="it-IT"/>
        </w:rPr>
        <w:t>[Comune</w:t>
      </w:r>
      <w:proofErr w:type="gramStart"/>
      <w:r w:rsidRPr="004A60BF">
        <w:rPr>
          <w:b/>
          <w:color w:val="9C5700"/>
          <w:lang w:val="it-IT"/>
        </w:rPr>
        <w:t xml:space="preserve">], </w:t>
      </w:r>
      <w:r w:rsidR="004A60BF">
        <w:rPr>
          <w:b/>
          <w:color w:val="9C5700"/>
          <w:lang w:val="it-IT"/>
        </w:rPr>
        <w:t xml:space="preserve"> </w:t>
      </w:r>
      <w:r w:rsidRPr="004A60BF">
        <w:rPr>
          <w:b/>
          <w:color w:val="9C5700"/>
          <w:lang w:val="it-IT"/>
        </w:rPr>
        <w:t>[</w:t>
      </w:r>
      <w:proofErr w:type="gramEnd"/>
      <w:r w:rsidRPr="004A60BF">
        <w:rPr>
          <w:b/>
          <w:color w:val="9C5700"/>
          <w:lang w:val="it-IT"/>
        </w:rPr>
        <w:t>data]</w:t>
      </w:r>
    </w:p>
    <w:p w14:paraId="2466AF41" w14:textId="3A46FA7A" w:rsidR="000679FB" w:rsidRPr="004A60BF" w:rsidRDefault="002F6612">
      <w:pPr>
        <w:spacing w:after="80" w:line="252" w:lineRule="auto"/>
        <w:jc w:val="right"/>
        <w:rPr>
          <w:lang w:val="it-IT"/>
        </w:rPr>
      </w:pPr>
      <w:r w:rsidRPr="004A60BF">
        <w:rPr>
          <w:b/>
          <w:lang w:val="it-IT"/>
        </w:rPr>
        <w:t>Il Dirigente Scolastico</w:t>
      </w:r>
      <w:r w:rsidRPr="004A60BF">
        <w:rPr>
          <w:lang w:val="it-IT"/>
        </w:rPr>
        <w:br/>
      </w:r>
      <w:r w:rsidRPr="004A60BF">
        <w:rPr>
          <w:b/>
          <w:color w:val="9C5700"/>
          <w:lang w:val="it-IT"/>
        </w:rPr>
        <w:t>[Nome e Cognome]</w:t>
      </w:r>
      <w:r w:rsidRPr="004A60BF">
        <w:rPr>
          <w:i/>
          <w:color w:val="646464"/>
          <w:sz w:val="17"/>
          <w:lang w:val="it-IT"/>
        </w:rPr>
        <w:br/>
        <w:t>(firma digitale oppure firma autografa sostituita a mezzo stampa</w:t>
      </w:r>
      <w:r w:rsidR="004A60BF">
        <w:rPr>
          <w:i/>
          <w:color w:val="646464"/>
          <w:sz w:val="17"/>
          <w:lang w:val="it-IT"/>
        </w:rPr>
        <w:br/>
      </w:r>
      <w:r w:rsidRPr="004A60BF">
        <w:rPr>
          <w:i/>
          <w:color w:val="646464"/>
          <w:sz w:val="17"/>
          <w:lang w:val="it-IT"/>
        </w:rPr>
        <w:t xml:space="preserve">ai sensi dell’art. 3, comma 2, </w:t>
      </w:r>
      <w:proofErr w:type="spellStart"/>
      <w:r w:rsidRPr="004A60BF">
        <w:rPr>
          <w:i/>
          <w:color w:val="646464"/>
          <w:sz w:val="17"/>
          <w:lang w:val="it-IT"/>
        </w:rPr>
        <w:t>D.Lgs.</w:t>
      </w:r>
      <w:proofErr w:type="spellEnd"/>
      <w:r w:rsidRPr="004A60BF">
        <w:rPr>
          <w:i/>
          <w:color w:val="646464"/>
          <w:sz w:val="17"/>
          <w:lang w:val="it-IT"/>
        </w:rPr>
        <w:t xml:space="preserve"> 39/1993)</w:t>
      </w:r>
    </w:p>
    <w:sectPr w:rsidR="000679FB" w:rsidRPr="004A60BF" w:rsidSect="004A60BF">
      <w:headerReference w:type="default" r:id="rId8"/>
      <w:footerReference w:type="default" r:id="rId9"/>
      <w:pgSz w:w="12240" w:h="15840"/>
      <w:pgMar w:top="709" w:right="1134" w:bottom="964" w:left="1134" w:header="397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87AC11" w14:textId="77777777" w:rsidR="00B71B0B" w:rsidRDefault="00B71B0B">
      <w:pPr>
        <w:spacing w:after="0" w:line="240" w:lineRule="auto"/>
      </w:pPr>
      <w:r>
        <w:separator/>
      </w:r>
    </w:p>
  </w:endnote>
  <w:endnote w:type="continuationSeparator" w:id="0">
    <w:p w14:paraId="7224F64F" w14:textId="77777777" w:rsidR="00B71B0B" w:rsidRDefault="00B71B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655E18" w14:textId="77777777" w:rsidR="000679FB" w:rsidRPr="004A60BF" w:rsidRDefault="002F6612">
    <w:pPr>
      <w:pStyle w:val="Pidipagina"/>
      <w:jc w:val="center"/>
      <w:rPr>
        <w:lang w:val="it-IT"/>
      </w:rPr>
    </w:pPr>
    <w:r w:rsidRPr="004A60BF">
      <w:rPr>
        <w:color w:val="6E6E6E"/>
        <w:sz w:val="16"/>
        <w:lang w:val="it-IT"/>
      </w:rPr>
      <w:t xml:space="preserve">Modello operativo personalizzabile – </w:t>
    </w:r>
    <w:proofErr w:type="spellStart"/>
    <w:r w:rsidRPr="004A60BF">
      <w:rPr>
        <w:color w:val="6E6E6E"/>
        <w:sz w:val="16"/>
        <w:lang w:val="it-IT"/>
      </w:rPr>
      <w:t>a.s.</w:t>
    </w:r>
    <w:proofErr w:type="spellEnd"/>
    <w:r w:rsidRPr="004A60BF">
      <w:rPr>
        <w:color w:val="6E6E6E"/>
        <w:sz w:val="16"/>
        <w:lang w:val="it-IT"/>
      </w:rPr>
      <w:t xml:space="preserve"> [____/____]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C528A3" w14:textId="77777777" w:rsidR="00B71B0B" w:rsidRDefault="00B71B0B">
      <w:pPr>
        <w:spacing w:after="0" w:line="240" w:lineRule="auto"/>
      </w:pPr>
      <w:r>
        <w:separator/>
      </w:r>
    </w:p>
  </w:footnote>
  <w:footnote w:type="continuationSeparator" w:id="0">
    <w:p w14:paraId="1CE2A47C" w14:textId="77777777" w:rsidR="00B71B0B" w:rsidRDefault="00B71B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AE521C" w14:textId="1C65FD8E" w:rsidR="000679FB" w:rsidRDefault="002F6612" w:rsidP="004A60BF">
    <w:pPr>
      <w:pStyle w:val="Intestazione"/>
      <w:tabs>
        <w:tab w:val="clear" w:pos="9360"/>
      </w:tabs>
    </w:pPr>
    <w:r>
      <w:rPr>
        <w:b/>
        <w:color w:val="595959"/>
        <w:sz w:val="17"/>
      </w:rPr>
      <w:t>INFORMATIVA SINDACALE DI ISTITUTO</w:t>
    </w:r>
    <w:r w:rsidR="004A60BF">
      <w:rPr>
        <w:b/>
        <w:color w:val="595959"/>
        <w:sz w:val="17"/>
      </w:rPr>
      <w:tab/>
    </w:r>
    <w:r w:rsidR="004A60BF">
      <w:rPr>
        <w:b/>
        <w:color w:val="595959"/>
        <w:sz w:val="17"/>
      </w:rPr>
      <w:tab/>
    </w:r>
    <w:r w:rsidR="004A60BF">
      <w:rPr>
        <w:b/>
        <w:color w:val="595959"/>
        <w:sz w:val="17"/>
      </w:rPr>
      <w:tab/>
      <w:t xml:space="preserve">                    </w:t>
    </w:r>
    <w:r w:rsidR="004A60BF">
      <w:rPr>
        <w:noProof/>
      </w:rPr>
      <w:drawing>
        <wp:inline distT="0" distB="0" distL="0" distR="0" wp14:anchorId="248EE61D" wp14:editId="5BC74D18">
          <wp:extent cx="2217420" cy="416934"/>
          <wp:effectExtent l="0" t="0" r="0" b="0"/>
          <wp:docPr id="93649223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1217745" name="Immagine 72121774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00227" cy="43250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12550771">
    <w:abstractNumId w:val="8"/>
  </w:num>
  <w:num w:numId="2" w16cid:durableId="653224872">
    <w:abstractNumId w:val="6"/>
  </w:num>
  <w:num w:numId="3" w16cid:durableId="686830543">
    <w:abstractNumId w:val="5"/>
  </w:num>
  <w:num w:numId="4" w16cid:durableId="1498227037">
    <w:abstractNumId w:val="4"/>
  </w:num>
  <w:num w:numId="5" w16cid:durableId="975641954">
    <w:abstractNumId w:val="7"/>
  </w:num>
  <w:num w:numId="6" w16cid:durableId="1079642204">
    <w:abstractNumId w:val="3"/>
  </w:num>
  <w:num w:numId="7" w16cid:durableId="955135058">
    <w:abstractNumId w:val="2"/>
  </w:num>
  <w:num w:numId="8" w16cid:durableId="370108414">
    <w:abstractNumId w:val="1"/>
  </w:num>
  <w:num w:numId="9" w16cid:durableId="17997630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679FB"/>
    <w:rsid w:val="0015074B"/>
    <w:rsid w:val="00214292"/>
    <w:rsid w:val="0029639D"/>
    <w:rsid w:val="002F6612"/>
    <w:rsid w:val="00326F90"/>
    <w:rsid w:val="004A60BF"/>
    <w:rsid w:val="00AA1D8D"/>
    <w:rsid w:val="00B47730"/>
    <w:rsid w:val="00B71B0B"/>
    <w:rsid w:val="00CB0664"/>
    <w:rsid w:val="00DA3512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1C3111A"/>
  <w14:defaultImageDpi w14:val="300"/>
  <w15:docId w15:val="{2C3E6752-895E-471B-AED5-3AAC91977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C693F"/>
    <w:rPr>
      <w:rFonts w:ascii="Aptos" w:eastAsia="Aptos" w:hAnsi="Aptos"/>
      <w:sz w:val="21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1F4E79"/>
      <w:sz w:val="26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2F5597"/>
      <w:sz w:val="23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8BF"/>
  </w:style>
  <w:style w:type="paragraph" w:styleId="Pidipagina">
    <w:name w:val="footer"/>
    <w:basedOn w:val="Normale"/>
    <w:link w:val="Pidipagina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8BF"/>
  </w:style>
  <w:style w:type="paragraph" w:styleId="Nessunaspaziatura">
    <w:name w:val="No Spacing"/>
    <w:uiPriority w:val="1"/>
    <w:qFormat/>
    <w:rsid w:val="00FC693F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olor w:val="1F4E79"/>
      <w:spacing w:val="5"/>
      <w:kern w:val="28"/>
      <w:sz w:val="3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693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AA1D8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AA1D8D"/>
  </w:style>
  <w:style w:type="paragraph" w:styleId="Corpodeltesto2">
    <w:name w:val="Body Text 2"/>
    <w:basedOn w:val="Normale"/>
    <w:link w:val="Corpodeltesto2Carattere"/>
    <w:uiPriority w:val="99"/>
    <w:unhideWhenUsed/>
    <w:rsid w:val="00AA1D8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1D8D"/>
  </w:style>
  <w:style w:type="paragraph" w:styleId="Corpodeltesto3">
    <w:name w:val="Body Text 3"/>
    <w:basedOn w:val="Normale"/>
    <w:link w:val="Corpodeltesto3Carattere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A1D8D"/>
    <w:rPr>
      <w:sz w:val="16"/>
      <w:szCs w:val="16"/>
    </w:rPr>
  </w:style>
  <w:style w:type="paragraph" w:styleId="Elenco">
    <w:name w:val="List"/>
    <w:basedOn w:val="Normale"/>
    <w:uiPriority w:val="99"/>
    <w:unhideWhenUsed/>
    <w:rsid w:val="00AA1D8D"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rsid w:val="00326F90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rsid w:val="00326F90"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rsid w:val="00326F90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rsid w:val="00326F90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rsid w:val="00326F90"/>
    <w:pPr>
      <w:numPr>
        <w:numId w:val="3"/>
      </w:numPr>
      <w:contextualSpacing/>
    </w:pPr>
  </w:style>
  <w:style w:type="paragraph" w:styleId="Numeroelenco">
    <w:name w:val="List Number"/>
    <w:basedOn w:val="Normale"/>
    <w:uiPriority w:val="99"/>
    <w:unhideWhenUsed/>
    <w:rsid w:val="00326F90"/>
    <w:pPr>
      <w:numPr>
        <w:numId w:val="5"/>
      </w:numPr>
      <w:contextualSpacing/>
    </w:pPr>
  </w:style>
  <w:style w:type="paragraph" w:styleId="Numeroelenco2">
    <w:name w:val="List Number 2"/>
    <w:basedOn w:val="Normale"/>
    <w:uiPriority w:val="99"/>
    <w:unhideWhenUsed/>
    <w:rsid w:val="0029639D"/>
    <w:pPr>
      <w:numPr>
        <w:numId w:val="6"/>
      </w:numPr>
      <w:contextualSpacing/>
    </w:pPr>
  </w:style>
  <w:style w:type="paragraph" w:styleId="Numeroelenco3">
    <w:name w:val="List Number 3"/>
    <w:basedOn w:val="Normale"/>
    <w:uiPriority w:val="99"/>
    <w:unhideWhenUsed/>
    <w:rsid w:val="0029639D"/>
    <w:pPr>
      <w:numPr>
        <w:numId w:val="7"/>
      </w:numPr>
      <w:contextualSpacing/>
    </w:pPr>
  </w:style>
  <w:style w:type="paragraph" w:styleId="Elencocontinua">
    <w:name w:val="List Continue"/>
    <w:basedOn w:val="Normale"/>
    <w:uiPriority w:val="99"/>
    <w:unhideWhenUsed/>
    <w:rsid w:val="0029639D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29639D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29639D"/>
    <w:pPr>
      <w:spacing w:after="120"/>
      <w:ind w:left="1080"/>
      <w:contextualSpacing/>
    </w:pPr>
  </w:style>
  <w:style w:type="paragraph" w:styleId="Testomacro">
    <w:name w:val="macro"/>
    <w:link w:val="TestomacroCarattere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29639D"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93F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693F"/>
    <w:pPr>
      <w:outlineLvl w:val="9"/>
    </w:pPr>
  </w:style>
  <w:style w:type="table" w:styleId="Grigliatabella">
    <w:name w:val="Table Grid"/>
    <w:basedOn w:val="Tabellanorma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Notaoperativa">
    <w:name w:val="Nota operativa"/>
    <w:rPr>
      <w:rFonts w:ascii="Aptos" w:hAnsi="Aptos"/>
      <w:i/>
      <w:color w:val="595959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788</Words>
  <Characters>4493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5271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Schema personalizzato di informativa sindacale di istituto</dc:title>
  <dc:subject>Informativa sindacale a livello di istituzione scolastica</dc:subject>
  <dc:creator>Istituzione scolastica</dc:creator>
  <cp:keywords>informativa sindacale, RSU, MOF, istituzione scolastica</cp:keywords>
  <dc:description>generated by python-docx</dc:description>
  <cp:lastModifiedBy>Rocco Gilbilras</cp:lastModifiedBy>
  <cp:revision>2</cp:revision>
  <dcterms:created xsi:type="dcterms:W3CDTF">2026-09-04T10:26:00Z</dcterms:created>
  <dcterms:modified xsi:type="dcterms:W3CDTF">2026-09-04T10:26:00Z</dcterms:modified>
  <cp:category/>
</cp:coreProperties>
</file>